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B7861" w14:textId="5504A882" w:rsidR="00DF270C" w:rsidRPr="00D31C5D" w:rsidRDefault="00627D95">
      <w:pPr>
        <w:jc w:val="right"/>
        <w:rPr>
          <w:rFonts w:ascii="Times New Roman" w:hAnsi="Times New Roman" w:cs="Times New Roman"/>
          <w:bCs/>
          <w:smallCaps/>
          <w:lang w:val="it-IT"/>
        </w:rPr>
      </w:pPr>
      <w:r w:rsidRPr="00D31C5D">
        <w:rPr>
          <w:rFonts w:ascii="Times New Roman" w:hAnsi="Times New Roman" w:cs="Times New Roman"/>
          <w:bCs/>
          <w:smallCaps/>
          <w:lang w:val="it-IT"/>
        </w:rPr>
        <w:t>Allegato 2</w:t>
      </w:r>
    </w:p>
    <w:p w14:paraId="4DF36621" w14:textId="77777777" w:rsidR="00627D95" w:rsidRPr="00D31C5D" w:rsidRDefault="00627D95">
      <w:pPr>
        <w:pStyle w:val="Titolo"/>
        <w:jc w:val="center"/>
        <w:rPr>
          <w:rFonts w:ascii="Times New Roman" w:hAnsi="Times New Roman" w:cs="Times New Roman"/>
          <w:b w:val="0"/>
          <w:bCs/>
          <w:color w:val="auto"/>
          <w:lang w:val="it-IT"/>
        </w:rPr>
      </w:pPr>
    </w:p>
    <w:p w14:paraId="66C5F083" w14:textId="3B2C4ACE" w:rsidR="00DF270C" w:rsidRPr="00221E73" w:rsidRDefault="00627D95">
      <w:pPr>
        <w:pStyle w:val="Titolo"/>
        <w:jc w:val="center"/>
        <w:rPr>
          <w:rFonts w:ascii="Times New Roman" w:hAnsi="Times New Roman" w:cs="Times New Roman"/>
          <w:b w:val="0"/>
          <w:bCs/>
          <w:smallCaps/>
          <w:color w:val="auto"/>
          <w:lang w:val="it-IT"/>
        </w:rPr>
      </w:pPr>
      <w:r w:rsidRPr="00221E73">
        <w:rPr>
          <w:rFonts w:ascii="Times New Roman" w:hAnsi="Times New Roman" w:cs="Times New Roman"/>
          <w:b w:val="0"/>
          <w:bCs/>
          <w:smallCaps/>
          <w:color w:val="auto"/>
          <w:lang w:val="it-IT"/>
        </w:rPr>
        <w:t>manifestazione di interesse</w:t>
      </w:r>
    </w:p>
    <w:p w14:paraId="1D113202" w14:textId="77777777" w:rsidR="00161C9B" w:rsidRDefault="00161C9B" w:rsidP="00221E73">
      <w:pPr>
        <w:spacing w:after="0" w:line="240" w:lineRule="auto"/>
        <w:jc w:val="center"/>
        <w:rPr>
          <w:rFonts w:ascii="Times New Roman" w:hAnsi="Times New Roman" w:cs="Times New Roman"/>
          <w:b/>
          <w:smallCaps/>
          <w:sz w:val="28"/>
          <w:szCs w:val="28"/>
          <w:lang w:val="it-IT"/>
        </w:rPr>
      </w:pPr>
    </w:p>
    <w:p w14:paraId="4C2D2F38" w14:textId="30C55316" w:rsidR="00C91AC2" w:rsidRPr="00627D95" w:rsidRDefault="00251ECD" w:rsidP="00221E73">
      <w:pPr>
        <w:spacing w:after="0" w:line="240" w:lineRule="auto"/>
        <w:jc w:val="center"/>
        <w:rPr>
          <w:rFonts w:ascii="Times New Roman" w:hAnsi="Times New Roman" w:cs="Times New Roman"/>
          <w:b/>
          <w:smallCaps/>
          <w:sz w:val="28"/>
          <w:szCs w:val="28"/>
          <w:lang w:val="it-IT"/>
        </w:rPr>
      </w:pPr>
      <w:r w:rsidRPr="00627D95">
        <w:rPr>
          <w:rFonts w:ascii="Times New Roman" w:hAnsi="Times New Roman" w:cs="Times New Roman"/>
          <w:b/>
          <w:smallCaps/>
          <w:sz w:val="28"/>
          <w:szCs w:val="28"/>
          <w:lang w:val="it-IT"/>
        </w:rPr>
        <w:t>Avviso pubblico non competitivo</w:t>
      </w:r>
    </w:p>
    <w:p w14:paraId="52A8B22C" w14:textId="121CE3C7" w:rsidR="00DF270C" w:rsidRPr="00627D95" w:rsidRDefault="00251ECD" w:rsidP="00221E73">
      <w:pPr>
        <w:spacing w:after="0" w:line="240" w:lineRule="auto"/>
        <w:jc w:val="center"/>
        <w:rPr>
          <w:rFonts w:ascii="Times New Roman" w:hAnsi="Times New Roman" w:cs="Times New Roman"/>
          <w:b/>
          <w:smallCaps/>
          <w:sz w:val="28"/>
          <w:szCs w:val="28"/>
          <w:lang w:val="it-IT"/>
        </w:rPr>
      </w:pPr>
      <w:r w:rsidRPr="00627D95">
        <w:rPr>
          <w:rFonts w:ascii="Times New Roman" w:hAnsi="Times New Roman" w:cs="Times New Roman"/>
          <w:b/>
          <w:smallCaps/>
          <w:sz w:val="28"/>
          <w:szCs w:val="28"/>
          <w:lang w:val="it-IT"/>
        </w:rPr>
        <w:t xml:space="preserve">“Prevenzione in </w:t>
      </w:r>
      <w:r w:rsidR="002F5E52">
        <w:rPr>
          <w:rFonts w:ascii="Times New Roman" w:hAnsi="Times New Roman" w:cs="Times New Roman"/>
          <w:b/>
          <w:smallCaps/>
          <w:sz w:val="28"/>
          <w:szCs w:val="28"/>
          <w:lang w:val="it-IT"/>
        </w:rPr>
        <w:t>c</w:t>
      </w:r>
      <w:r w:rsidRPr="00627D95">
        <w:rPr>
          <w:rFonts w:ascii="Times New Roman" w:hAnsi="Times New Roman" w:cs="Times New Roman"/>
          <w:b/>
          <w:smallCaps/>
          <w:sz w:val="28"/>
          <w:szCs w:val="28"/>
          <w:lang w:val="it-IT"/>
        </w:rPr>
        <w:t>omune”</w:t>
      </w:r>
    </w:p>
    <w:p w14:paraId="30CAE86E" w14:textId="77777777" w:rsidR="00627D95" w:rsidRPr="00627D95" w:rsidRDefault="00627D95" w:rsidP="00221E73">
      <w:pPr>
        <w:spacing w:after="0" w:line="240" w:lineRule="auto"/>
        <w:jc w:val="center"/>
        <w:rPr>
          <w:rFonts w:ascii="Times New Roman" w:hAnsi="Times New Roman" w:cs="Times New Roman"/>
          <w:lang w:val="it-IT"/>
        </w:rPr>
      </w:pPr>
    </w:p>
    <w:p w14:paraId="0232285C" w14:textId="77777777" w:rsidR="00627D95" w:rsidRPr="00627D95" w:rsidRDefault="00627D95" w:rsidP="00221E73">
      <w:pPr>
        <w:spacing w:after="0" w:line="240" w:lineRule="auto"/>
        <w:jc w:val="center"/>
        <w:rPr>
          <w:rFonts w:ascii="Times New Roman" w:hAnsi="Times New Roman" w:cs="Times New Roman"/>
          <w:lang w:val="it-IT"/>
        </w:rPr>
      </w:pPr>
    </w:p>
    <w:tbl>
      <w:tblPr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9746"/>
      </w:tblGrid>
      <w:tr w:rsidR="00DF270C" w:rsidRPr="0049384D" w14:paraId="55E4B6FF" w14:textId="77777777">
        <w:trPr>
          <w:jc w:val="right"/>
        </w:trPr>
        <w:tc>
          <w:tcPr>
            <w:tcW w:w="9746" w:type="dxa"/>
            <w:shd w:val="clear" w:color="auto" w:fill="EAF2F8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14A69667" w14:textId="7B3C6807" w:rsidR="00DF270C" w:rsidRPr="00627D95" w:rsidRDefault="00251ECD" w:rsidP="00221E73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  <w:r w:rsidRPr="00627D95">
              <w:rPr>
                <w:rFonts w:ascii="Times New Roman" w:hAnsi="Times New Roman" w:cs="Times New Roman"/>
                <w:b/>
                <w:lang w:val="it-IT"/>
              </w:rPr>
              <w:t>Alla Presidenza del Consiglio dei ministri</w:t>
            </w:r>
            <w:r w:rsidRPr="00627D95">
              <w:rPr>
                <w:rFonts w:ascii="Times New Roman" w:hAnsi="Times New Roman" w:cs="Times New Roman"/>
                <w:b/>
                <w:lang w:val="it-IT"/>
              </w:rPr>
              <w:br/>
            </w:r>
            <w:r w:rsidRPr="00627D95">
              <w:rPr>
                <w:rFonts w:ascii="Times New Roman" w:hAnsi="Times New Roman" w:cs="Times New Roman"/>
                <w:lang w:val="it-IT"/>
              </w:rPr>
              <w:t xml:space="preserve">Dipartimento per le </w:t>
            </w:r>
            <w:r w:rsidR="00627D95">
              <w:rPr>
                <w:rFonts w:ascii="Times New Roman" w:hAnsi="Times New Roman" w:cs="Times New Roman"/>
                <w:lang w:val="it-IT"/>
              </w:rPr>
              <w:t>P</w:t>
            </w:r>
            <w:r w:rsidRPr="00627D95">
              <w:rPr>
                <w:rFonts w:ascii="Times New Roman" w:hAnsi="Times New Roman" w:cs="Times New Roman"/>
                <w:lang w:val="it-IT"/>
              </w:rPr>
              <w:t>olitiche della famiglia</w:t>
            </w:r>
            <w:r w:rsidRPr="00627D95">
              <w:rPr>
                <w:rFonts w:ascii="Times New Roman" w:hAnsi="Times New Roman" w:cs="Times New Roman"/>
                <w:lang w:val="it-IT"/>
              </w:rPr>
              <w:br/>
              <w:t xml:space="preserve">PEC: </w:t>
            </w:r>
            <w:hyperlink r:id="rId8" w:history="1">
              <w:r w:rsidR="00627D95" w:rsidRPr="00B5278C">
                <w:rPr>
                  <w:rStyle w:val="Collegamentoipertestuale"/>
                  <w:rFonts w:ascii="Times New Roman" w:hAnsi="Times New Roman" w:cs="Times New Roman"/>
                  <w:lang w:val="it-IT"/>
                </w:rPr>
                <w:t>prevenzioneincomune@governo.pec.it</w:t>
              </w:r>
            </w:hyperlink>
            <w:r w:rsidR="00627D95">
              <w:rPr>
                <w:rFonts w:ascii="Times New Roman" w:hAnsi="Times New Roman" w:cs="Times New Roman"/>
                <w:lang w:val="it-IT"/>
              </w:rPr>
              <w:t xml:space="preserve"> </w:t>
            </w:r>
          </w:p>
        </w:tc>
      </w:tr>
    </w:tbl>
    <w:p w14:paraId="50430741" w14:textId="77777777" w:rsidR="00221E73" w:rsidRDefault="00221E73" w:rsidP="00221E73">
      <w:pPr>
        <w:pStyle w:val="Titolo1"/>
        <w:spacing w:before="0" w:after="0" w:line="240" w:lineRule="auto"/>
        <w:rPr>
          <w:rFonts w:ascii="Times New Roman" w:hAnsi="Times New Roman" w:cs="Times New Roman"/>
          <w:lang w:val="it-IT"/>
        </w:rPr>
      </w:pPr>
    </w:p>
    <w:p w14:paraId="33960C41" w14:textId="77777777" w:rsidR="00161C9B" w:rsidRPr="00161C9B" w:rsidRDefault="00161C9B" w:rsidP="00161C9B">
      <w:pPr>
        <w:rPr>
          <w:lang w:val="it-IT"/>
        </w:rPr>
      </w:pPr>
    </w:p>
    <w:p w14:paraId="424D3CB6" w14:textId="599550A1" w:rsidR="00DF270C" w:rsidRDefault="00251ECD" w:rsidP="00221E73">
      <w:pPr>
        <w:pStyle w:val="Titolo1"/>
        <w:spacing w:before="0" w:after="0" w:line="240" w:lineRule="auto"/>
        <w:rPr>
          <w:rFonts w:ascii="Times New Roman" w:hAnsi="Times New Roman" w:cs="Times New Roman"/>
        </w:rPr>
      </w:pPr>
      <w:r w:rsidRPr="00627D95">
        <w:rPr>
          <w:rFonts w:ascii="Times New Roman" w:hAnsi="Times New Roman" w:cs="Times New Roman"/>
        </w:rPr>
        <w:t xml:space="preserve">1. Comune </w:t>
      </w:r>
      <w:proofErr w:type="spellStart"/>
      <w:r w:rsidRPr="00627D95">
        <w:rPr>
          <w:rFonts w:ascii="Times New Roman" w:hAnsi="Times New Roman" w:cs="Times New Roman"/>
        </w:rPr>
        <w:t>richiedente</w:t>
      </w:r>
      <w:proofErr w:type="spellEnd"/>
    </w:p>
    <w:p w14:paraId="087CB750" w14:textId="77777777" w:rsidR="00221E73" w:rsidRPr="00221E73" w:rsidRDefault="00221E73" w:rsidP="00221E73"/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520"/>
      </w:tblGrid>
      <w:tr w:rsidR="00DF270C" w:rsidRPr="00627D95" w14:paraId="672FFA82" w14:textId="77777777">
        <w:trPr>
          <w:jc w:val="center"/>
        </w:trPr>
        <w:tc>
          <w:tcPr>
            <w:tcW w:w="283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81EF76C" w14:textId="15ECCF90" w:rsidR="00DF270C" w:rsidRPr="00627D95" w:rsidRDefault="00251ECD" w:rsidP="00221E73">
            <w:pPr>
              <w:rPr>
                <w:rFonts w:ascii="Times New Roman" w:hAnsi="Times New Roman" w:cs="Times New Roman"/>
              </w:rPr>
            </w:pPr>
            <w:proofErr w:type="spellStart"/>
            <w:r w:rsidRPr="00627D95">
              <w:rPr>
                <w:rFonts w:ascii="Times New Roman" w:hAnsi="Times New Roman" w:cs="Times New Roman"/>
                <w:b/>
              </w:rPr>
              <w:t>Denominazione</w:t>
            </w:r>
            <w:proofErr w:type="spellEnd"/>
            <w:r w:rsidRPr="00627D95">
              <w:rPr>
                <w:rFonts w:ascii="Times New Roman" w:hAnsi="Times New Roman" w:cs="Times New Roman"/>
                <w:b/>
              </w:rPr>
              <w:t xml:space="preserve"> del </w:t>
            </w:r>
            <w:r w:rsidR="005A4E52">
              <w:rPr>
                <w:rFonts w:ascii="Times New Roman" w:hAnsi="Times New Roman" w:cs="Times New Roman"/>
                <w:b/>
              </w:rPr>
              <w:t>C</w:t>
            </w:r>
            <w:r w:rsidRPr="00627D95">
              <w:rPr>
                <w:rFonts w:ascii="Times New Roman" w:hAnsi="Times New Roman" w:cs="Times New Roman"/>
                <w:b/>
              </w:rPr>
              <w:t>omune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06B3E4" w14:textId="77777777" w:rsidR="00DF270C" w:rsidRPr="00627D95" w:rsidRDefault="00DF270C" w:rsidP="00221E73">
            <w:pPr>
              <w:rPr>
                <w:rFonts w:ascii="Times New Roman" w:hAnsi="Times New Roman" w:cs="Times New Roman"/>
              </w:rPr>
            </w:pPr>
          </w:p>
        </w:tc>
      </w:tr>
      <w:tr w:rsidR="00DF270C" w:rsidRPr="00627D95" w14:paraId="11E84F82" w14:textId="77777777">
        <w:trPr>
          <w:jc w:val="center"/>
        </w:trPr>
        <w:tc>
          <w:tcPr>
            <w:tcW w:w="283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AA2E69" w14:textId="77777777" w:rsidR="00DF270C" w:rsidRPr="00627D95" w:rsidRDefault="00251ECD" w:rsidP="00221E73">
            <w:pPr>
              <w:rPr>
                <w:rFonts w:ascii="Times New Roman" w:hAnsi="Times New Roman" w:cs="Times New Roman"/>
              </w:rPr>
            </w:pPr>
            <w:proofErr w:type="spellStart"/>
            <w:r w:rsidRPr="00627D95">
              <w:rPr>
                <w:rFonts w:ascii="Times New Roman" w:hAnsi="Times New Roman" w:cs="Times New Roman"/>
                <w:b/>
              </w:rPr>
              <w:t>Codice</w:t>
            </w:r>
            <w:proofErr w:type="spellEnd"/>
            <w:r w:rsidRPr="00627D95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27D95">
              <w:rPr>
                <w:rFonts w:ascii="Times New Roman" w:hAnsi="Times New Roman" w:cs="Times New Roman"/>
                <w:b/>
              </w:rPr>
              <w:t>fiscale</w:t>
            </w:r>
            <w:proofErr w:type="spellEnd"/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9C33C2D" w14:textId="77777777" w:rsidR="00DF270C" w:rsidRPr="00627D95" w:rsidRDefault="00DF270C" w:rsidP="00221E73">
            <w:pPr>
              <w:rPr>
                <w:rFonts w:ascii="Times New Roman" w:hAnsi="Times New Roman" w:cs="Times New Roman"/>
              </w:rPr>
            </w:pPr>
          </w:p>
        </w:tc>
      </w:tr>
      <w:tr w:rsidR="00DF270C" w:rsidRPr="00627D95" w14:paraId="03463894" w14:textId="77777777">
        <w:trPr>
          <w:jc w:val="center"/>
        </w:trPr>
        <w:tc>
          <w:tcPr>
            <w:tcW w:w="283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83EFACE" w14:textId="77777777" w:rsidR="00DF270C" w:rsidRPr="00627D95" w:rsidRDefault="00251ECD" w:rsidP="00221E73">
            <w:pPr>
              <w:rPr>
                <w:rFonts w:ascii="Times New Roman" w:hAnsi="Times New Roman" w:cs="Times New Roman"/>
              </w:rPr>
            </w:pPr>
            <w:proofErr w:type="spellStart"/>
            <w:r w:rsidRPr="00627D95">
              <w:rPr>
                <w:rFonts w:ascii="Times New Roman" w:hAnsi="Times New Roman" w:cs="Times New Roman"/>
                <w:b/>
              </w:rPr>
              <w:t>Sede</w:t>
            </w:r>
            <w:proofErr w:type="spellEnd"/>
            <w:r w:rsidRPr="00627D95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27D95">
              <w:rPr>
                <w:rFonts w:ascii="Times New Roman" w:hAnsi="Times New Roman" w:cs="Times New Roman"/>
                <w:b/>
              </w:rPr>
              <w:t>legale</w:t>
            </w:r>
            <w:proofErr w:type="spellEnd"/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287CBD" w14:textId="77777777" w:rsidR="00DF270C" w:rsidRPr="00627D95" w:rsidRDefault="00DF270C" w:rsidP="00221E73">
            <w:pPr>
              <w:rPr>
                <w:rFonts w:ascii="Times New Roman" w:hAnsi="Times New Roman" w:cs="Times New Roman"/>
              </w:rPr>
            </w:pPr>
          </w:p>
        </w:tc>
      </w:tr>
      <w:tr w:rsidR="00DF270C" w:rsidRPr="00627D95" w14:paraId="577CBD4E" w14:textId="77777777">
        <w:trPr>
          <w:jc w:val="center"/>
        </w:trPr>
        <w:tc>
          <w:tcPr>
            <w:tcW w:w="283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7F5380B" w14:textId="77777777" w:rsidR="00DF270C" w:rsidRPr="00627D95" w:rsidRDefault="00251ECD" w:rsidP="00221E73">
            <w:pPr>
              <w:rPr>
                <w:rFonts w:ascii="Times New Roman" w:hAnsi="Times New Roman" w:cs="Times New Roman"/>
              </w:rPr>
            </w:pPr>
            <w:r w:rsidRPr="00627D95">
              <w:rPr>
                <w:rFonts w:ascii="Times New Roman" w:hAnsi="Times New Roman" w:cs="Times New Roman"/>
                <w:b/>
              </w:rPr>
              <w:t xml:space="preserve">PEC </w:t>
            </w:r>
            <w:proofErr w:type="spellStart"/>
            <w:r w:rsidRPr="00627D95">
              <w:rPr>
                <w:rFonts w:ascii="Times New Roman" w:hAnsi="Times New Roman" w:cs="Times New Roman"/>
                <w:b/>
              </w:rPr>
              <w:t>istituzionale</w:t>
            </w:r>
            <w:proofErr w:type="spellEnd"/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573D344" w14:textId="77777777" w:rsidR="00DF270C" w:rsidRPr="00627D95" w:rsidRDefault="00DF270C" w:rsidP="00221E73">
            <w:pPr>
              <w:rPr>
                <w:rFonts w:ascii="Times New Roman" w:hAnsi="Times New Roman" w:cs="Times New Roman"/>
              </w:rPr>
            </w:pPr>
          </w:p>
        </w:tc>
      </w:tr>
      <w:tr w:rsidR="00DF270C" w:rsidRPr="00627D95" w14:paraId="55AF7B26" w14:textId="77777777">
        <w:trPr>
          <w:jc w:val="center"/>
        </w:trPr>
        <w:tc>
          <w:tcPr>
            <w:tcW w:w="283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7773EDD" w14:textId="77777777" w:rsidR="00DF270C" w:rsidRPr="00627D95" w:rsidRDefault="00251ECD" w:rsidP="00221E73">
            <w:pPr>
              <w:rPr>
                <w:rFonts w:ascii="Times New Roman" w:hAnsi="Times New Roman" w:cs="Times New Roman"/>
              </w:rPr>
            </w:pPr>
            <w:proofErr w:type="spellStart"/>
            <w:r w:rsidRPr="00627D95">
              <w:rPr>
                <w:rFonts w:ascii="Times New Roman" w:hAnsi="Times New Roman" w:cs="Times New Roman"/>
                <w:b/>
              </w:rPr>
              <w:t>Telefono</w:t>
            </w:r>
            <w:proofErr w:type="spellEnd"/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4B382D8" w14:textId="77777777" w:rsidR="00DF270C" w:rsidRPr="00627D95" w:rsidRDefault="00DF270C" w:rsidP="00221E73">
            <w:pPr>
              <w:rPr>
                <w:rFonts w:ascii="Times New Roman" w:hAnsi="Times New Roman" w:cs="Times New Roman"/>
              </w:rPr>
            </w:pPr>
          </w:p>
        </w:tc>
      </w:tr>
      <w:tr w:rsidR="00DF270C" w:rsidRPr="00627D95" w14:paraId="04322713" w14:textId="77777777">
        <w:trPr>
          <w:jc w:val="center"/>
        </w:trPr>
        <w:tc>
          <w:tcPr>
            <w:tcW w:w="283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814431C" w14:textId="77777777" w:rsidR="00DF270C" w:rsidRPr="00627D95" w:rsidRDefault="00251ECD" w:rsidP="00221E73">
            <w:pPr>
              <w:rPr>
                <w:rFonts w:ascii="Times New Roman" w:hAnsi="Times New Roman" w:cs="Times New Roman"/>
              </w:rPr>
            </w:pPr>
            <w:r w:rsidRPr="00627D95">
              <w:rPr>
                <w:rFonts w:ascii="Times New Roman" w:hAnsi="Times New Roman" w:cs="Times New Roman"/>
                <w:b/>
              </w:rPr>
              <w:t xml:space="preserve">Sito </w:t>
            </w:r>
            <w:r w:rsidRPr="00C80A69">
              <w:rPr>
                <w:rFonts w:ascii="Times New Roman" w:hAnsi="Times New Roman" w:cs="Times New Roman"/>
                <w:b/>
                <w:i/>
                <w:iCs/>
              </w:rPr>
              <w:t>internet</w:t>
            </w:r>
            <w:r w:rsidRPr="00627D95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27D95">
              <w:rPr>
                <w:rFonts w:ascii="Times New Roman" w:hAnsi="Times New Roman" w:cs="Times New Roman"/>
                <w:b/>
              </w:rPr>
              <w:t>istituzionale</w:t>
            </w:r>
            <w:proofErr w:type="spellEnd"/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C5F6F00" w14:textId="77777777" w:rsidR="00DF270C" w:rsidRPr="00627D95" w:rsidRDefault="00DF270C" w:rsidP="00221E73">
            <w:pPr>
              <w:rPr>
                <w:rFonts w:ascii="Times New Roman" w:hAnsi="Times New Roman" w:cs="Times New Roman"/>
              </w:rPr>
            </w:pPr>
          </w:p>
        </w:tc>
      </w:tr>
      <w:tr w:rsidR="00E20712" w:rsidRPr="0049384D" w14:paraId="4BE6A0FB" w14:textId="77777777" w:rsidTr="00464C1F">
        <w:trPr>
          <w:jc w:val="center"/>
        </w:trPr>
        <w:tc>
          <w:tcPr>
            <w:tcW w:w="283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2B5D001" w14:textId="1146BE1D" w:rsidR="00E20712" w:rsidRPr="00161C9B" w:rsidRDefault="008D54FA" w:rsidP="00464C1F">
            <w:pPr>
              <w:rPr>
                <w:rFonts w:ascii="Times New Roman" w:hAnsi="Times New Roman" w:cs="Times New Roman"/>
                <w:lang w:val="it-IT"/>
              </w:rPr>
            </w:pPr>
            <w:r w:rsidRPr="00161C9B">
              <w:rPr>
                <w:rFonts w:ascii="Times New Roman" w:hAnsi="Times New Roman" w:cs="Times New Roman"/>
                <w:b/>
                <w:lang w:val="it-IT"/>
              </w:rPr>
              <w:t xml:space="preserve">Numero del </w:t>
            </w:r>
            <w:r w:rsidR="00462478" w:rsidRPr="00161C9B">
              <w:rPr>
                <w:rFonts w:ascii="Times New Roman" w:hAnsi="Times New Roman" w:cs="Times New Roman"/>
                <w:b/>
                <w:lang w:val="it-IT"/>
              </w:rPr>
              <w:t>c</w:t>
            </w:r>
            <w:r w:rsidR="00E20712" w:rsidRPr="00161C9B">
              <w:rPr>
                <w:rFonts w:ascii="Times New Roman" w:hAnsi="Times New Roman" w:cs="Times New Roman"/>
                <w:b/>
                <w:lang w:val="it-IT"/>
              </w:rPr>
              <w:t>onto di Tesoreria</w:t>
            </w:r>
            <w:r w:rsidR="007C6EE6" w:rsidRPr="00161C9B">
              <w:rPr>
                <w:rFonts w:ascii="Times New Roman" w:hAnsi="Times New Roman" w:cs="Times New Roman"/>
                <w:b/>
                <w:lang w:val="it-IT"/>
              </w:rPr>
              <w:t xml:space="preserve"> 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3F9A973" w14:textId="77777777" w:rsidR="00E20712" w:rsidRPr="00161C9B" w:rsidRDefault="00E20712" w:rsidP="00464C1F">
            <w:pPr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EB24D6" w:rsidRPr="0049384D" w14:paraId="116919E3" w14:textId="77777777" w:rsidTr="00464C1F">
        <w:trPr>
          <w:jc w:val="center"/>
        </w:trPr>
        <w:tc>
          <w:tcPr>
            <w:tcW w:w="283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3D91AFE" w14:textId="53677592" w:rsidR="00EB24D6" w:rsidRPr="00161C9B" w:rsidRDefault="007C6EE6" w:rsidP="00464C1F">
            <w:pPr>
              <w:rPr>
                <w:rFonts w:ascii="Times New Roman" w:hAnsi="Times New Roman" w:cs="Times New Roman"/>
                <w:b/>
                <w:lang w:val="it-IT"/>
              </w:rPr>
            </w:pPr>
            <w:r w:rsidRPr="00161C9B">
              <w:rPr>
                <w:rFonts w:ascii="Times New Roman" w:hAnsi="Times New Roman" w:cs="Times New Roman"/>
                <w:b/>
                <w:lang w:val="it-IT"/>
              </w:rPr>
              <w:t>Codice IBAN (</w:t>
            </w:r>
            <w:r w:rsidR="0026005C" w:rsidRPr="00161C9B">
              <w:rPr>
                <w:rFonts w:ascii="Times New Roman" w:hAnsi="Times New Roman" w:cs="Times New Roman"/>
                <w:b/>
                <w:lang w:val="it-IT"/>
              </w:rPr>
              <w:t xml:space="preserve">per i comuni non in </w:t>
            </w:r>
            <w:r w:rsidR="0049384D" w:rsidRPr="00161C9B">
              <w:rPr>
                <w:rFonts w:ascii="Times New Roman" w:hAnsi="Times New Roman" w:cs="Times New Roman"/>
                <w:b/>
                <w:lang w:val="it-IT"/>
              </w:rPr>
              <w:t>possesso</w:t>
            </w:r>
            <w:r w:rsidR="0026005C" w:rsidRPr="00161C9B">
              <w:rPr>
                <w:rFonts w:ascii="Times New Roman" w:hAnsi="Times New Roman" w:cs="Times New Roman"/>
                <w:b/>
                <w:lang w:val="it-IT"/>
              </w:rPr>
              <w:t xml:space="preserve"> di un conto di Tesoreria)</w:t>
            </w:r>
          </w:p>
        </w:tc>
        <w:tc>
          <w:tcPr>
            <w:tcW w:w="65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ED6C85" w14:textId="77777777" w:rsidR="00EB24D6" w:rsidRPr="00161C9B" w:rsidRDefault="00EB24D6" w:rsidP="00464C1F">
            <w:pPr>
              <w:rPr>
                <w:rFonts w:ascii="Times New Roman" w:hAnsi="Times New Roman" w:cs="Times New Roman"/>
                <w:lang w:val="it-IT"/>
              </w:rPr>
            </w:pPr>
          </w:p>
        </w:tc>
      </w:tr>
    </w:tbl>
    <w:p w14:paraId="3B0CC0C8" w14:textId="77777777" w:rsidR="00221E73" w:rsidRDefault="00221E73" w:rsidP="00221E73">
      <w:pPr>
        <w:pStyle w:val="Titolo1"/>
        <w:spacing w:before="0" w:after="0" w:line="240" w:lineRule="auto"/>
        <w:rPr>
          <w:rFonts w:ascii="Times New Roman" w:hAnsi="Times New Roman" w:cs="Times New Roman"/>
          <w:lang w:val="it-IT"/>
        </w:rPr>
      </w:pPr>
    </w:p>
    <w:p w14:paraId="09908D7F" w14:textId="77777777" w:rsidR="00161C9B" w:rsidRPr="00161C9B" w:rsidRDefault="00161C9B" w:rsidP="00161C9B">
      <w:pPr>
        <w:rPr>
          <w:lang w:val="it-IT"/>
        </w:rPr>
      </w:pPr>
    </w:p>
    <w:p w14:paraId="1894E1C1" w14:textId="77777777" w:rsidR="00161C9B" w:rsidRDefault="00161C9B" w:rsidP="00221E73">
      <w:pPr>
        <w:pStyle w:val="Titolo1"/>
        <w:spacing w:before="0" w:after="0" w:line="240" w:lineRule="auto"/>
        <w:rPr>
          <w:rFonts w:ascii="Times New Roman" w:hAnsi="Times New Roman" w:cs="Times New Roman"/>
          <w:lang w:val="it-IT"/>
        </w:rPr>
      </w:pPr>
    </w:p>
    <w:p w14:paraId="1311AFBD" w14:textId="0990F1B2" w:rsidR="00DF270C" w:rsidRPr="00221E73" w:rsidRDefault="00251ECD" w:rsidP="00221E73">
      <w:pPr>
        <w:pStyle w:val="Titolo1"/>
        <w:spacing w:before="0" w:after="0" w:line="240" w:lineRule="auto"/>
        <w:rPr>
          <w:rFonts w:ascii="Times New Roman" w:hAnsi="Times New Roman" w:cs="Times New Roman"/>
          <w:lang w:val="it-IT"/>
        </w:rPr>
      </w:pPr>
      <w:r w:rsidRPr="00221E73">
        <w:rPr>
          <w:rFonts w:ascii="Times New Roman" w:hAnsi="Times New Roman" w:cs="Times New Roman"/>
          <w:lang w:val="it-IT"/>
        </w:rPr>
        <w:t>2. Soggetto sottoscrittore</w:t>
      </w:r>
      <w:r w:rsidR="00171FFA">
        <w:rPr>
          <w:rFonts w:ascii="Times New Roman" w:hAnsi="Times New Roman" w:cs="Times New Roman"/>
          <w:lang w:val="it-IT"/>
        </w:rPr>
        <w:t xml:space="preserve"> della manifestazione</w:t>
      </w:r>
    </w:p>
    <w:p w14:paraId="59D0F880" w14:textId="77777777" w:rsidR="00221E73" w:rsidRDefault="00221E73" w:rsidP="00221E73">
      <w:pPr>
        <w:spacing w:after="0" w:line="240" w:lineRule="auto"/>
        <w:rPr>
          <w:rFonts w:ascii="Times New Roman" w:hAnsi="Times New Roman" w:cs="Times New Roman"/>
          <w:b/>
          <w:lang w:val="it-IT"/>
        </w:rPr>
      </w:pPr>
    </w:p>
    <w:p w14:paraId="288FA31A" w14:textId="734C8681" w:rsidR="00DF270C" w:rsidRPr="00221E73" w:rsidRDefault="00251ECD" w:rsidP="00221E73">
      <w:pPr>
        <w:spacing w:after="0" w:line="240" w:lineRule="auto"/>
        <w:rPr>
          <w:rFonts w:ascii="Times New Roman" w:hAnsi="Times New Roman" w:cs="Times New Roman"/>
          <w:lang w:val="it-IT"/>
        </w:rPr>
      </w:pPr>
      <w:r w:rsidRPr="00221E73">
        <w:rPr>
          <w:rFonts w:ascii="Times New Roman" w:hAnsi="Times New Roman" w:cs="Times New Roman"/>
          <w:b/>
          <w:lang w:val="it-IT"/>
        </w:rPr>
        <w:t>Il/</w:t>
      </w:r>
      <w:r w:rsidR="00383DA9" w:rsidRPr="00221E73">
        <w:rPr>
          <w:rFonts w:ascii="Times New Roman" w:hAnsi="Times New Roman" w:cs="Times New Roman"/>
          <w:b/>
          <w:lang w:val="it-IT"/>
        </w:rPr>
        <w:t>l</w:t>
      </w:r>
      <w:r w:rsidRPr="00221E73">
        <w:rPr>
          <w:rFonts w:ascii="Times New Roman" w:hAnsi="Times New Roman" w:cs="Times New Roman"/>
          <w:b/>
          <w:lang w:val="it-IT"/>
        </w:rPr>
        <w:t>a sottoscritto/a</w:t>
      </w:r>
      <w:r w:rsidR="009C6A13" w:rsidRPr="00221E73">
        <w:rPr>
          <w:rFonts w:ascii="Times New Roman" w:hAnsi="Times New Roman" w:cs="Times New Roman"/>
          <w:b/>
          <w:lang w:val="it-IT"/>
        </w:rPr>
        <w:t>__</w:t>
      </w:r>
      <w:r w:rsidRPr="00221E73">
        <w:rPr>
          <w:rFonts w:ascii="Times New Roman" w:hAnsi="Times New Roman" w:cs="Times New Roman"/>
          <w:lang w:val="it-IT"/>
        </w:rPr>
        <w:t xml:space="preserve"> ________________________________________________</w:t>
      </w:r>
      <w:r w:rsidR="00C80A69" w:rsidRPr="00221E73">
        <w:rPr>
          <w:rFonts w:ascii="Times New Roman" w:hAnsi="Times New Roman" w:cs="Times New Roman"/>
          <w:lang w:val="it-IT"/>
        </w:rPr>
        <w:t>________________</w:t>
      </w:r>
      <w:r w:rsidRPr="00221E73">
        <w:rPr>
          <w:rFonts w:ascii="Times New Roman" w:hAnsi="Times New Roman" w:cs="Times New Roman"/>
          <w:lang w:val="it-IT"/>
        </w:rPr>
        <w:t>_____________</w:t>
      </w:r>
    </w:p>
    <w:p w14:paraId="2970F430" w14:textId="5C586C6E" w:rsidR="00DF270C" w:rsidRPr="00221E73" w:rsidRDefault="00251ECD" w:rsidP="00221E73">
      <w:pPr>
        <w:spacing w:after="0" w:line="240" w:lineRule="auto"/>
        <w:rPr>
          <w:rFonts w:ascii="Times New Roman" w:hAnsi="Times New Roman" w:cs="Times New Roman"/>
          <w:lang w:val="it-IT"/>
        </w:rPr>
      </w:pPr>
      <w:r w:rsidRPr="00221E73">
        <w:rPr>
          <w:rFonts w:ascii="Times New Roman" w:hAnsi="Times New Roman" w:cs="Times New Roman"/>
          <w:b/>
          <w:lang w:val="it-IT"/>
        </w:rPr>
        <w:t xml:space="preserve">nato/a </w:t>
      </w:r>
      <w:proofErr w:type="spellStart"/>
      <w:r w:rsidRPr="00221E73">
        <w:rPr>
          <w:rFonts w:ascii="Times New Roman" w:hAnsi="Times New Roman" w:cs="Times New Roman"/>
          <w:b/>
          <w:lang w:val="it-IT"/>
        </w:rPr>
        <w:t>a</w:t>
      </w:r>
      <w:proofErr w:type="spellEnd"/>
      <w:r w:rsidRPr="00221E73">
        <w:rPr>
          <w:rFonts w:ascii="Times New Roman" w:hAnsi="Times New Roman" w:cs="Times New Roman"/>
          <w:lang w:val="it-IT"/>
        </w:rPr>
        <w:t xml:space="preserve"> ______________________________________________________________</w:t>
      </w:r>
      <w:r w:rsidR="00383DA9" w:rsidRPr="00221E73">
        <w:rPr>
          <w:rFonts w:ascii="Times New Roman" w:hAnsi="Times New Roman" w:cs="Times New Roman"/>
          <w:lang w:val="it-IT"/>
        </w:rPr>
        <w:t>_________________________</w:t>
      </w:r>
    </w:p>
    <w:p w14:paraId="6D54A3CF" w14:textId="19AC60DE" w:rsidR="00DF270C" w:rsidRPr="00221E73" w:rsidRDefault="00251ECD" w:rsidP="00221E73">
      <w:pPr>
        <w:spacing w:after="0" w:line="240" w:lineRule="auto"/>
        <w:rPr>
          <w:rFonts w:ascii="Times New Roman" w:hAnsi="Times New Roman" w:cs="Times New Roman"/>
          <w:lang w:val="it-IT"/>
        </w:rPr>
      </w:pPr>
      <w:r w:rsidRPr="00221E73">
        <w:rPr>
          <w:rFonts w:ascii="Times New Roman" w:hAnsi="Times New Roman" w:cs="Times New Roman"/>
          <w:b/>
          <w:lang w:val="it-IT"/>
        </w:rPr>
        <w:t>il</w:t>
      </w:r>
      <w:r w:rsidRPr="00221E73">
        <w:rPr>
          <w:rFonts w:ascii="Times New Roman" w:hAnsi="Times New Roman" w:cs="Times New Roman"/>
          <w:lang w:val="it-IT"/>
        </w:rPr>
        <w:t xml:space="preserve"> ______________________________________________________________</w:t>
      </w:r>
      <w:r w:rsidR="00383DA9" w:rsidRPr="00221E73">
        <w:rPr>
          <w:rFonts w:ascii="Times New Roman" w:hAnsi="Times New Roman" w:cs="Times New Roman"/>
          <w:lang w:val="it-IT"/>
        </w:rPr>
        <w:t>_______________________________</w:t>
      </w:r>
    </w:p>
    <w:p w14:paraId="631D3C40" w14:textId="45993FC2" w:rsidR="00DF270C" w:rsidRDefault="00251ECD" w:rsidP="00221E73">
      <w:pPr>
        <w:spacing w:after="0" w:line="240" w:lineRule="auto"/>
        <w:rPr>
          <w:rFonts w:ascii="Times New Roman" w:hAnsi="Times New Roman" w:cs="Times New Roman"/>
          <w:lang w:val="it-IT"/>
        </w:rPr>
      </w:pPr>
      <w:r w:rsidRPr="00221E73">
        <w:rPr>
          <w:rFonts w:ascii="Times New Roman" w:hAnsi="Times New Roman" w:cs="Times New Roman"/>
          <w:b/>
          <w:lang w:val="it-IT"/>
        </w:rPr>
        <w:t>codice fiscale</w:t>
      </w:r>
      <w:r w:rsidRPr="00221E73">
        <w:rPr>
          <w:rFonts w:ascii="Times New Roman" w:hAnsi="Times New Roman" w:cs="Times New Roman"/>
          <w:lang w:val="it-IT"/>
        </w:rPr>
        <w:t xml:space="preserve"> ______________________________________________</w:t>
      </w:r>
      <w:r w:rsidR="009C6A13" w:rsidRPr="00221E73">
        <w:rPr>
          <w:rFonts w:ascii="Times New Roman" w:hAnsi="Times New Roman" w:cs="Times New Roman"/>
          <w:lang w:val="it-IT"/>
        </w:rPr>
        <w:t>_</w:t>
      </w:r>
      <w:r w:rsidRPr="00221E73">
        <w:rPr>
          <w:rFonts w:ascii="Times New Roman" w:hAnsi="Times New Roman" w:cs="Times New Roman"/>
          <w:lang w:val="it-IT"/>
        </w:rPr>
        <w:t>______________</w:t>
      </w:r>
      <w:r w:rsidR="00383DA9" w:rsidRPr="00221E73">
        <w:rPr>
          <w:rFonts w:ascii="Times New Roman" w:hAnsi="Times New Roman" w:cs="Times New Roman"/>
          <w:lang w:val="it-IT"/>
        </w:rPr>
        <w:t>____________________</w:t>
      </w:r>
      <w:r w:rsidRPr="00221E73">
        <w:rPr>
          <w:rFonts w:ascii="Times New Roman" w:hAnsi="Times New Roman" w:cs="Times New Roman"/>
          <w:lang w:val="it-IT"/>
        </w:rPr>
        <w:t>__</w:t>
      </w:r>
    </w:p>
    <w:p w14:paraId="0C1FEF62" w14:textId="77777777" w:rsidR="00221E73" w:rsidRPr="00221E73" w:rsidRDefault="00221E73" w:rsidP="00221E73">
      <w:pPr>
        <w:spacing w:after="0" w:line="240" w:lineRule="auto"/>
        <w:rPr>
          <w:rFonts w:ascii="Times New Roman" w:hAnsi="Times New Roman" w:cs="Times New Roman"/>
          <w:lang w:val="it-IT"/>
        </w:rPr>
      </w:pPr>
    </w:p>
    <w:p w14:paraId="739D4D6C" w14:textId="062C8AB1" w:rsidR="00DF270C" w:rsidRPr="00627D95" w:rsidRDefault="00251ECD" w:rsidP="00221E73">
      <w:pPr>
        <w:spacing w:after="0" w:line="240" w:lineRule="auto"/>
        <w:ind w:left="227"/>
        <w:rPr>
          <w:rFonts w:ascii="Times New Roman" w:hAnsi="Times New Roman" w:cs="Times New Roman"/>
          <w:lang w:val="it-IT"/>
        </w:rPr>
      </w:pPr>
      <w:proofErr w:type="gramStart"/>
      <w:r w:rsidRPr="00627D95">
        <w:rPr>
          <w:rFonts w:ascii="Segoe UI Symbol" w:hAnsi="Segoe UI Symbol" w:cs="Segoe UI Symbol"/>
          <w:b/>
          <w:lang w:val="it-IT"/>
        </w:rPr>
        <w:t>☐</w:t>
      </w:r>
      <w:r w:rsidRPr="00627D95">
        <w:rPr>
          <w:rFonts w:ascii="Times New Roman" w:hAnsi="Times New Roman" w:cs="Times New Roman"/>
          <w:b/>
          <w:lang w:val="it-IT"/>
        </w:rPr>
        <w:t xml:space="preserve">  </w:t>
      </w:r>
      <w:r w:rsidRPr="00627D95">
        <w:rPr>
          <w:rFonts w:ascii="Times New Roman" w:hAnsi="Times New Roman" w:cs="Times New Roman"/>
          <w:lang w:val="it-IT"/>
        </w:rPr>
        <w:t>legale</w:t>
      </w:r>
      <w:proofErr w:type="gramEnd"/>
      <w:r w:rsidRPr="00627D95">
        <w:rPr>
          <w:rFonts w:ascii="Times New Roman" w:hAnsi="Times New Roman" w:cs="Times New Roman"/>
          <w:lang w:val="it-IT"/>
        </w:rPr>
        <w:t xml:space="preserve"> rappresentante del Comune</w:t>
      </w:r>
    </w:p>
    <w:p w14:paraId="74B010D5" w14:textId="77777777" w:rsidR="00DF270C" w:rsidRPr="00627D95" w:rsidRDefault="00251ECD" w:rsidP="00221E73">
      <w:pPr>
        <w:spacing w:after="0" w:line="240" w:lineRule="auto"/>
        <w:ind w:left="227"/>
        <w:rPr>
          <w:rFonts w:ascii="Times New Roman" w:hAnsi="Times New Roman" w:cs="Times New Roman"/>
          <w:lang w:val="it-IT"/>
        </w:rPr>
      </w:pPr>
      <w:proofErr w:type="gramStart"/>
      <w:r w:rsidRPr="00627D95">
        <w:rPr>
          <w:rFonts w:ascii="Segoe UI Symbol" w:hAnsi="Segoe UI Symbol" w:cs="Segoe UI Symbol"/>
          <w:b/>
          <w:lang w:val="it-IT"/>
        </w:rPr>
        <w:t>☐</w:t>
      </w:r>
      <w:r w:rsidRPr="00627D95">
        <w:rPr>
          <w:rFonts w:ascii="Times New Roman" w:hAnsi="Times New Roman" w:cs="Times New Roman"/>
          <w:b/>
          <w:lang w:val="it-IT"/>
        </w:rPr>
        <w:t xml:space="preserve">  </w:t>
      </w:r>
      <w:r w:rsidRPr="00627D95">
        <w:rPr>
          <w:rFonts w:ascii="Times New Roman" w:hAnsi="Times New Roman" w:cs="Times New Roman"/>
          <w:lang w:val="it-IT"/>
        </w:rPr>
        <w:t>in</w:t>
      </w:r>
      <w:proofErr w:type="gramEnd"/>
      <w:r w:rsidRPr="00627D95">
        <w:rPr>
          <w:rFonts w:ascii="Times New Roman" w:hAnsi="Times New Roman" w:cs="Times New Roman"/>
          <w:lang w:val="it-IT"/>
        </w:rPr>
        <w:t xml:space="preserve"> qualità di soggetto delegato dal legale rappresentante del Comune</w:t>
      </w:r>
    </w:p>
    <w:p w14:paraId="2182AB19" w14:textId="77777777" w:rsidR="00DF270C" w:rsidRPr="00627D95" w:rsidRDefault="00251ECD" w:rsidP="00221E73">
      <w:pPr>
        <w:spacing w:after="0" w:line="240" w:lineRule="auto"/>
        <w:ind w:left="510"/>
        <w:rPr>
          <w:rFonts w:ascii="Times New Roman" w:hAnsi="Times New Roman" w:cs="Times New Roman"/>
          <w:lang w:val="it-IT"/>
        </w:rPr>
      </w:pPr>
      <w:r w:rsidRPr="00627D95">
        <w:rPr>
          <w:rFonts w:ascii="Times New Roman" w:hAnsi="Times New Roman" w:cs="Times New Roman"/>
          <w:b/>
          <w:lang w:val="it-IT"/>
        </w:rPr>
        <w:t xml:space="preserve">Estremi dell’atto di delega: </w:t>
      </w:r>
      <w:r w:rsidRPr="00627D95">
        <w:rPr>
          <w:rFonts w:ascii="Times New Roman" w:hAnsi="Times New Roman" w:cs="Times New Roman"/>
          <w:lang w:val="it-IT"/>
        </w:rPr>
        <w:t>____________________________________________</w:t>
      </w:r>
    </w:p>
    <w:p w14:paraId="6ED5A7F4" w14:textId="77777777" w:rsidR="00221E73" w:rsidRDefault="00221E73" w:rsidP="00221E73">
      <w:pPr>
        <w:spacing w:after="0" w:line="240" w:lineRule="auto"/>
        <w:jc w:val="center"/>
        <w:rPr>
          <w:rFonts w:ascii="Times New Roman" w:hAnsi="Times New Roman" w:cs="Times New Roman"/>
          <w:b/>
          <w:color w:val="1F4E79"/>
          <w:sz w:val="24"/>
          <w:lang w:val="it-IT"/>
        </w:rPr>
      </w:pPr>
    </w:p>
    <w:p w14:paraId="7E383C5B" w14:textId="77777777" w:rsidR="00221E73" w:rsidRDefault="00221E73" w:rsidP="00F24D64">
      <w:pPr>
        <w:spacing w:after="0" w:line="240" w:lineRule="auto"/>
        <w:rPr>
          <w:rFonts w:ascii="Times New Roman" w:hAnsi="Times New Roman" w:cs="Times New Roman"/>
          <w:b/>
          <w:color w:val="1F4E79"/>
          <w:sz w:val="24"/>
          <w:lang w:val="it-IT"/>
        </w:rPr>
      </w:pPr>
    </w:p>
    <w:p w14:paraId="3756DACD" w14:textId="1811CED3" w:rsidR="009C6A13" w:rsidRDefault="00251ECD" w:rsidP="00221E73">
      <w:pPr>
        <w:spacing w:after="0" w:line="240" w:lineRule="auto"/>
        <w:jc w:val="center"/>
        <w:rPr>
          <w:rFonts w:ascii="Times New Roman" w:hAnsi="Times New Roman" w:cs="Times New Roman"/>
          <w:b/>
          <w:color w:val="1F4E79"/>
          <w:sz w:val="24"/>
          <w:lang w:val="it-IT"/>
        </w:rPr>
      </w:pPr>
      <w:r w:rsidRPr="00627D95">
        <w:rPr>
          <w:rFonts w:ascii="Times New Roman" w:hAnsi="Times New Roman" w:cs="Times New Roman"/>
          <w:b/>
          <w:color w:val="1F4E79"/>
          <w:sz w:val="24"/>
          <w:lang w:val="it-IT"/>
        </w:rPr>
        <w:t>MANIFESTA</w:t>
      </w:r>
    </w:p>
    <w:p w14:paraId="530AD603" w14:textId="77777777" w:rsidR="000C703F" w:rsidRDefault="000C703F" w:rsidP="00221E73">
      <w:pPr>
        <w:spacing w:after="0" w:line="240" w:lineRule="auto"/>
        <w:jc w:val="center"/>
        <w:rPr>
          <w:rFonts w:ascii="Times New Roman" w:hAnsi="Times New Roman" w:cs="Times New Roman"/>
          <w:lang w:val="it-IT"/>
        </w:rPr>
      </w:pPr>
    </w:p>
    <w:p w14:paraId="42A1B5C9" w14:textId="73159457" w:rsidR="00DF270C" w:rsidRPr="000C113C" w:rsidRDefault="00251ECD" w:rsidP="00221E73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it-IT"/>
        </w:rPr>
      </w:pPr>
      <w:r w:rsidRPr="000C113C">
        <w:rPr>
          <w:rFonts w:ascii="Times New Roman" w:hAnsi="Times New Roman" w:cs="Times New Roman"/>
          <w:b/>
          <w:bCs/>
          <w:lang w:val="it-IT"/>
        </w:rPr>
        <w:t xml:space="preserve">l’interesse del </w:t>
      </w:r>
      <w:r w:rsidR="00773905">
        <w:rPr>
          <w:rFonts w:ascii="Times New Roman" w:hAnsi="Times New Roman" w:cs="Times New Roman"/>
          <w:b/>
          <w:bCs/>
          <w:lang w:val="it-IT"/>
        </w:rPr>
        <w:t>C</w:t>
      </w:r>
      <w:r w:rsidRPr="000C113C">
        <w:rPr>
          <w:rFonts w:ascii="Times New Roman" w:hAnsi="Times New Roman" w:cs="Times New Roman"/>
          <w:b/>
          <w:bCs/>
          <w:lang w:val="it-IT"/>
        </w:rPr>
        <w:t xml:space="preserve">omune sopra indicato a beneficiare del finanziamento previsto dall’Avviso pubblico non competitivo “Prevenzione in </w:t>
      </w:r>
      <w:r w:rsidR="00773905">
        <w:rPr>
          <w:rFonts w:ascii="Times New Roman" w:hAnsi="Times New Roman" w:cs="Times New Roman"/>
          <w:b/>
          <w:bCs/>
          <w:lang w:val="it-IT"/>
        </w:rPr>
        <w:t>c</w:t>
      </w:r>
      <w:r w:rsidRPr="000C113C">
        <w:rPr>
          <w:rFonts w:ascii="Times New Roman" w:hAnsi="Times New Roman" w:cs="Times New Roman"/>
          <w:b/>
          <w:bCs/>
          <w:lang w:val="it-IT"/>
        </w:rPr>
        <w:t>omune”</w:t>
      </w:r>
      <w:r w:rsidR="00221E73" w:rsidRPr="000C113C">
        <w:rPr>
          <w:rFonts w:ascii="Times New Roman" w:hAnsi="Times New Roman" w:cs="Times New Roman"/>
          <w:b/>
          <w:bCs/>
          <w:lang w:val="it-IT"/>
        </w:rPr>
        <w:t xml:space="preserve"> del Dipartimento per le Politiche della famiglia della Presidenza del Consiglio dei ministri.</w:t>
      </w:r>
    </w:p>
    <w:p w14:paraId="07EB1704" w14:textId="77777777" w:rsidR="00204AEC" w:rsidRDefault="00204AEC" w:rsidP="00221E73">
      <w:pPr>
        <w:spacing w:after="0" w:line="240" w:lineRule="auto"/>
        <w:jc w:val="both"/>
        <w:rPr>
          <w:rFonts w:ascii="Times New Roman" w:hAnsi="Times New Roman" w:cs="Times New Roman"/>
          <w:lang w:val="it-IT"/>
        </w:rPr>
      </w:pPr>
    </w:p>
    <w:p w14:paraId="08D197BD" w14:textId="77777777" w:rsidR="000C113C" w:rsidRPr="00627D95" w:rsidRDefault="000C113C" w:rsidP="00221E73">
      <w:pPr>
        <w:spacing w:after="0" w:line="240" w:lineRule="auto"/>
        <w:jc w:val="both"/>
        <w:rPr>
          <w:rFonts w:ascii="Times New Roman" w:hAnsi="Times New Roman" w:cs="Times New Roman"/>
          <w:lang w:val="it-IT"/>
        </w:rPr>
      </w:pPr>
    </w:p>
    <w:p w14:paraId="50C7CACB" w14:textId="75965FE1" w:rsidR="00DF270C" w:rsidRPr="00627D95" w:rsidRDefault="00251ECD" w:rsidP="00221E73">
      <w:pPr>
        <w:pStyle w:val="Titolo1"/>
        <w:spacing w:before="0" w:after="0" w:line="240" w:lineRule="auto"/>
        <w:rPr>
          <w:rFonts w:ascii="Times New Roman" w:hAnsi="Times New Roman" w:cs="Times New Roman"/>
          <w:lang w:val="it-IT"/>
        </w:rPr>
      </w:pPr>
      <w:r w:rsidRPr="00627D95">
        <w:rPr>
          <w:rFonts w:ascii="Times New Roman" w:hAnsi="Times New Roman" w:cs="Times New Roman"/>
          <w:lang w:val="it-IT"/>
        </w:rPr>
        <w:t>3. Linea o linee di azione prescelte</w:t>
      </w:r>
      <w:r w:rsidR="00171FFA">
        <w:rPr>
          <w:rFonts w:ascii="Times New Roman" w:hAnsi="Times New Roman" w:cs="Times New Roman"/>
          <w:lang w:val="it-IT"/>
        </w:rPr>
        <w:t xml:space="preserve"> </w:t>
      </w:r>
    </w:p>
    <w:p w14:paraId="496F1A43" w14:textId="77777777" w:rsidR="00221E73" w:rsidRDefault="00221E73" w:rsidP="00221E73">
      <w:pPr>
        <w:spacing w:after="0" w:line="240" w:lineRule="auto"/>
        <w:rPr>
          <w:rFonts w:ascii="Times New Roman" w:hAnsi="Times New Roman" w:cs="Times New Roman"/>
          <w:b/>
          <w:bCs/>
          <w:i/>
          <w:iCs/>
          <w:lang w:val="it-IT"/>
        </w:rPr>
      </w:pPr>
    </w:p>
    <w:p w14:paraId="1BBBA15E" w14:textId="6D1033AE" w:rsidR="00DF270C" w:rsidRPr="000C703F" w:rsidRDefault="000C703F" w:rsidP="00221E73">
      <w:pPr>
        <w:spacing w:after="0" w:line="240" w:lineRule="auto"/>
        <w:rPr>
          <w:rFonts w:ascii="Times New Roman" w:hAnsi="Times New Roman" w:cs="Times New Roman"/>
          <w:b/>
          <w:bCs/>
          <w:i/>
          <w:iCs/>
          <w:lang w:val="it-IT"/>
        </w:rPr>
      </w:pPr>
      <w:r w:rsidRPr="000C703F">
        <w:rPr>
          <w:rFonts w:ascii="Times New Roman" w:hAnsi="Times New Roman" w:cs="Times New Roman"/>
          <w:b/>
          <w:bCs/>
          <w:i/>
          <w:iCs/>
          <w:lang w:val="it-IT"/>
        </w:rPr>
        <w:t>Selezionare obbligatoriamente almeno una delle seguenti linee di azione</w:t>
      </w:r>
      <w:r w:rsidR="00171FFA">
        <w:rPr>
          <w:rFonts w:ascii="Times New Roman" w:hAnsi="Times New Roman" w:cs="Times New Roman"/>
          <w:b/>
          <w:bCs/>
          <w:i/>
          <w:iCs/>
          <w:lang w:val="it-IT"/>
        </w:rPr>
        <w:t xml:space="preserve">, </w:t>
      </w:r>
      <w:r w:rsidR="00171FFA" w:rsidRPr="00171FFA">
        <w:rPr>
          <w:rFonts w:ascii="Times New Roman" w:hAnsi="Times New Roman" w:cs="Times New Roman"/>
          <w:b/>
          <w:bCs/>
          <w:i/>
          <w:iCs/>
          <w:u w:val="single"/>
          <w:lang w:val="it-IT"/>
        </w:rPr>
        <w:t>a pena di inammissibilità</w:t>
      </w:r>
    </w:p>
    <w:p w14:paraId="629D7A0D" w14:textId="77777777" w:rsidR="000C703F" w:rsidRPr="00627D95" w:rsidRDefault="000C703F" w:rsidP="00221E73">
      <w:pPr>
        <w:spacing w:after="0" w:line="240" w:lineRule="auto"/>
        <w:jc w:val="center"/>
        <w:rPr>
          <w:rFonts w:ascii="Times New Roman" w:hAnsi="Times New Roman" w:cs="Times New Roman"/>
          <w:lang w:val="it-IT"/>
        </w:rPr>
      </w:pPr>
    </w:p>
    <w:p w14:paraId="082A61E7" w14:textId="77777777" w:rsidR="00DF270C" w:rsidRPr="00627D95" w:rsidRDefault="00251ECD" w:rsidP="00221E73">
      <w:pPr>
        <w:spacing w:after="0" w:line="240" w:lineRule="auto"/>
        <w:ind w:left="227"/>
        <w:rPr>
          <w:rFonts w:ascii="Times New Roman" w:hAnsi="Times New Roman" w:cs="Times New Roman"/>
          <w:lang w:val="it-IT"/>
        </w:rPr>
      </w:pPr>
      <w:proofErr w:type="gramStart"/>
      <w:r w:rsidRPr="00627D95">
        <w:rPr>
          <w:rFonts w:ascii="Segoe UI Symbol" w:hAnsi="Segoe UI Symbol" w:cs="Segoe UI Symbol"/>
          <w:b/>
          <w:lang w:val="it-IT"/>
        </w:rPr>
        <w:t>☐</w:t>
      </w:r>
      <w:r w:rsidRPr="00627D95">
        <w:rPr>
          <w:rFonts w:ascii="Times New Roman" w:hAnsi="Times New Roman" w:cs="Times New Roman"/>
          <w:b/>
          <w:lang w:val="it-IT"/>
        </w:rPr>
        <w:t xml:space="preserve">  </w:t>
      </w:r>
      <w:r w:rsidRPr="00627D95">
        <w:rPr>
          <w:rFonts w:ascii="Times New Roman" w:hAnsi="Times New Roman" w:cs="Times New Roman"/>
          <w:lang w:val="it-IT"/>
        </w:rPr>
        <w:t>A.</w:t>
      </w:r>
      <w:proofErr w:type="gramEnd"/>
      <w:r w:rsidRPr="00627D95">
        <w:rPr>
          <w:rFonts w:ascii="Times New Roman" w:hAnsi="Times New Roman" w:cs="Times New Roman"/>
          <w:lang w:val="it-IT"/>
        </w:rPr>
        <w:t xml:space="preserve"> Informazione e sensibilizzazione rivolte a genitori, famiglie, insegnanti e minorenni, per promuovere la conoscenza del fenomeno dell’abuso sessuale dei minorenni, online e offline, e l’identificazione precoce di segnali di rischio.</w:t>
      </w:r>
    </w:p>
    <w:p w14:paraId="5CFA8AB9" w14:textId="77777777" w:rsidR="00DF270C" w:rsidRPr="00627D95" w:rsidRDefault="00251ECD" w:rsidP="00221E73">
      <w:pPr>
        <w:spacing w:after="0" w:line="240" w:lineRule="auto"/>
        <w:ind w:left="227"/>
        <w:rPr>
          <w:rFonts w:ascii="Times New Roman" w:hAnsi="Times New Roman" w:cs="Times New Roman"/>
          <w:bCs/>
          <w:lang w:val="it-IT"/>
        </w:rPr>
      </w:pPr>
      <w:proofErr w:type="gramStart"/>
      <w:r w:rsidRPr="00627D95">
        <w:rPr>
          <w:rFonts w:ascii="Segoe UI Symbol" w:hAnsi="Segoe UI Symbol" w:cs="Segoe UI Symbol"/>
          <w:b/>
          <w:lang w:val="it-IT"/>
        </w:rPr>
        <w:t>☐</w:t>
      </w:r>
      <w:r w:rsidRPr="00627D95">
        <w:rPr>
          <w:rFonts w:ascii="Times New Roman" w:hAnsi="Times New Roman" w:cs="Times New Roman"/>
          <w:b/>
          <w:lang w:val="it-IT"/>
        </w:rPr>
        <w:t xml:space="preserve">  </w:t>
      </w:r>
      <w:r w:rsidRPr="00627D95">
        <w:rPr>
          <w:rFonts w:ascii="Times New Roman" w:hAnsi="Times New Roman" w:cs="Times New Roman"/>
          <w:bCs/>
          <w:lang w:val="it-IT"/>
        </w:rPr>
        <w:t>B.</w:t>
      </w:r>
      <w:proofErr w:type="gramEnd"/>
      <w:r w:rsidRPr="00627D95">
        <w:rPr>
          <w:rFonts w:ascii="Times New Roman" w:hAnsi="Times New Roman" w:cs="Times New Roman"/>
          <w:bCs/>
          <w:lang w:val="it-IT"/>
        </w:rPr>
        <w:t xml:space="preserve"> Ascolto e sostegno per genitori e famiglie di minorenni vittime o a rischio di abuso, al fine di fornire supporto e promuovere percorsi di consapevolezza e recupero, anche a sostegno della genitorialità e dei nuclei familiari che si trovano in condizione di vulnerabilità (erogazione di servizi anche tramite sportelli dedicati).</w:t>
      </w:r>
    </w:p>
    <w:p w14:paraId="12A8B0B4" w14:textId="77777777" w:rsidR="00DF270C" w:rsidRDefault="00251ECD" w:rsidP="00221E73">
      <w:pPr>
        <w:spacing w:after="0" w:line="240" w:lineRule="auto"/>
        <w:ind w:left="227"/>
        <w:rPr>
          <w:rFonts w:ascii="Times New Roman" w:hAnsi="Times New Roman" w:cs="Times New Roman"/>
          <w:lang w:val="it-IT"/>
        </w:rPr>
      </w:pPr>
      <w:proofErr w:type="gramStart"/>
      <w:r w:rsidRPr="00627D95">
        <w:rPr>
          <w:rFonts w:ascii="Segoe UI Symbol" w:hAnsi="Segoe UI Symbol" w:cs="Segoe UI Symbol"/>
          <w:b/>
          <w:lang w:val="it-IT"/>
        </w:rPr>
        <w:t>☐</w:t>
      </w:r>
      <w:r w:rsidRPr="00627D95">
        <w:rPr>
          <w:rFonts w:ascii="Times New Roman" w:hAnsi="Times New Roman" w:cs="Times New Roman"/>
          <w:b/>
          <w:lang w:val="it-IT"/>
        </w:rPr>
        <w:t xml:space="preserve">  </w:t>
      </w:r>
      <w:r w:rsidRPr="00627D95">
        <w:rPr>
          <w:rFonts w:ascii="Times New Roman" w:hAnsi="Times New Roman" w:cs="Times New Roman"/>
          <w:lang w:val="it-IT"/>
        </w:rPr>
        <w:t>C.</w:t>
      </w:r>
      <w:proofErr w:type="gramEnd"/>
      <w:r w:rsidRPr="00627D95">
        <w:rPr>
          <w:rFonts w:ascii="Times New Roman" w:hAnsi="Times New Roman" w:cs="Times New Roman"/>
          <w:lang w:val="it-IT"/>
        </w:rPr>
        <w:t xml:space="preserve"> Prevenzione e contrasto della violenza tra pari, </w:t>
      </w:r>
      <w:proofErr w:type="spellStart"/>
      <w:r w:rsidRPr="00627D95">
        <w:rPr>
          <w:rFonts w:ascii="Times New Roman" w:hAnsi="Times New Roman" w:cs="Times New Roman"/>
          <w:lang w:val="it-IT"/>
        </w:rPr>
        <w:t>agìta</w:t>
      </w:r>
      <w:proofErr w:type="spellEnd"/>
      <w:r w:rsidRPr="00627D95">
        <w:rPr>
          <w:rFonts w:ascii="Times New Roman" w:hAnsi="Times New Roman" w:cs="Times New Roman"/>
          <w:lang w:val="it-IT"/>
        </w:rPr>
        <w:t xml:space="preserve"> e subìta dai minorenni, perpetrata anche nell’ambiente digitale.</w:t>
      </w:r>
    </w:p>
    <w:p w14:paraId="21E91C54" w14:textId="77777777" w:rsidR="000C703F" w:rsidRPr="00627D95" w:rsidRDefault="000C703F" w:rsidP="00221E73">
      <w:pPr>
        <w:spacing w:after="0" w:line="240" w:lineRule="auto"/>
        <w:ind w:left="227"/>
        <w:rPr>
          <w:rFonts w:ascii="Times New Roman" w:hAnsi="Times New Roman" w:cs="Times New Roman"/>
          <w:lang w:val="it-IT"/>
        </w:rPr>
      </w:pPr>
    </w:p>
    <w:p w14:paraId="6C8FA688" w14:textId="3B577684" w:rsidR="00DF270C" w:rsidRPr="00627D95" w:rsidRDefault="00251ECD" w:rsidP="00221E73">
      <w:pPr>
        <w:pStyle w:val="Titolo1"/>
        <w:spacing w:before="0" w:after="0" w:line="240" w:lineRule="auto"/>
        <w:rPr>
          <w:rFonts w:ascii="Times New Roman" w:hAnsi="Times New Roman" w:cs="Times New Roman"/>
          <w:lang w:val="it-IT"/>
        </w:rPr>
      </w:pPr>
      <w:r w:rsidRPr="00627D95">
        <w:rPr>
          <w:rFonts w:ascii="Times New Roman" w:hAnsi="Times New Roman" w:cs="Times New Roman"/>
          <w:lang w:val="it-IT"/>
        </w:rPr>
        <w:t>4. Dichiarazioni</w:t>
      </w:r>
      <w:r w:rsidR="006C18C2">
        <w:rPr>
          <w:rFonts w:ascii="Times New Roman" w:hAnsi="Times New Roman" w:cs="Times New Roman"/>
          <w:lang w:val="it-IT"/>
        </w:rPr>
        <w:t xml:space="preserve"> </w:t>
      </w:r>
    </w:p>
    <w:p w14:paraId="03D3CB2C" w14:textId="77777777" w:rsidR="00221E73" w:rsidRDefault="00221E73" w:rsidP="00221E73">
      <w:pPr>
        <w:spacing w:after="0" w:line="240" w:lineRule="auto"/>
        <w:jc w:val="both"/>
        <w:rPr>
          <w:rFonts w:ascii="Times New Roman" w:hAnsi="Times New Roman" w:cs="Times New Roman"/>
          <w:lang w:val="it-IT"/>
        </w:rPr>
      </w:pPr>
    </w:p>
    <w:p w14:paraId="5DF491A3" w14:textId="2AD5EE5A" w:rsidR="00DF270C" w:rsidRDefault="00251ECD" w:rsidP="00221E73">
      <w:pPr>
        <w:spacing w:after="0" w:line="240" w:lineRule="auto"/>
        <w:jc w:val="both"/>
        <w:rPr>
          <w:rFonts w:ascii="Times New Roman" w:hAnsi="Times New Roman" w:cs="Times New Roman"/>
          <w:lang w:val="it-IT"/>
        </w:rPr>
      </w:pPr>
      <w:r w:rsidRPr="00627D95">
        <w:rPr>
          <w:rFonts w:ascii="Times New Roman" w:hAnsi="Times New Roman" w:cs="Times New Roman"/>
          <w:lang w:val="it-IT"/>
        </w:rPr>
        <w:t>Il/</w:t>
      </w:r>
      <w:r w:rsidR="000C703F">
        <w:rPr>
          <w:rFonts w:ascii="Times New Roman" w:hAnsi="Times New Roman" w:cs="Times New Roman"/>
          <w:lang w:val="it-IT"/>
        </w:rPr>
        <w:t>l</w:t>
      </w:r>
      <w:r w:rsidRPr="00627D95">
        <w:rPr>
          <w:rFonts w:ascii="Times New Roman" w:hAnsi="Times New Roman" w:cs="Times New Roman"/>
          <w:lang w:val="it-IT"/>
        </w:rPr>
        <w:t>a sottoscritto/a, consapevole delle responsabilità e delle conseguenze previste dalla normativa vigente in caso di dichiarazioni non veritiere, dichiara</w:t>
      </w:r>
      <w:r w:rsidR="00DF7B2B">
        <w:rPr>
          <w:rFonts w:ascii="Times New Roman" w:hAnsi="Times New Roman" w:cs="Times New Roman"/>
          <w:lang w:val="it-IT"/>
        </w:rPr>
        <w:t>:</w:t>
      </w:r>
    </w:p>
    <w:p w14:paraId="237FEA9E" w14:textId="77777777" w:rsidR="00221E73" w:rsidRPr="00627D95" w:rsidRDefault="00221E73" w:rsidP="00221E73">
      <w:pPr>
        <w:spacing w:after="0" w:line="240" w:lineRule="auto"/>
        <w:jc w:val="both"/>
        <w:rPr>
          <w:rFonts w:ascii="Times New Roman" w:hAnsi="Times New Roman" w:cs="Times New Roman"/>
          <w:lang w:val="it-IT"/>
        </w:rPr>
      </w:pPr>
    </w:p>
    <w:p w14:paraId="03FA05F8" w14:textId="77777777" w:rsidR="00DF270C" w:rsidRDefault="00251ECD" w:rsidP="00221E73">
      <w:pPr>
        <w:spacing w:after="0" w:line="240" w:lineRule="auto"/>
        <w:ind w:left="227"/>
        <w:rPr>
          <w:rFonts w:ascii="Times New Roman" w:hAnsi="Times New Roman" w:cs="Times New Roman"/>
          <w:lang w:val="it-IT"/>
        </w:rPr>
      </w:pPr>
      <w:proofErr w:type="gramStart"/>
      <w:r w:rsidRPr="00627D95">
        <w:rPr>
          <w:rFonts w:ascii="Segoe UI Symbol" w:hAnsi="Segoe UI Symbol" w:cs="Segoe UI Symbol"/>
          <w:b/>
          <w:lang w:val="it-IT"/>
        </w:rPr>
        <w:t>☐</w:t>
      </w:r>
      <w:r w:rsidRPr="00627D95">
        <w:rPr>
          <w:rFonts w:ascii="Times New Roman" w:hAnsi="Times New Roman" w:cs="Times New Roman"/>
          <w:b/>
          <w:lang w:val="it-IT"/>
        </w:rPr>
        <w:t xml:space="preserve">  </w:t>
      </w:r>
      <w:r w:rsidRPr="00627D95">
        <w:rPr>
          <w:rFonts w:ascii="Times New Roman" w:hAnsi="Times New Roman" w:cs="Times New Roman"/>
          <w:lang w:val="it-IT"/>
        </w:rPr>
        <w:t>di</w:t>
      </w:r>
      <w:proofErr w:type="gramEnd"/>
      <w:r w:rsidRPr="00627D95">
        <w:rPr>
          <w:rFonts w:ascii="Times New Roman" w:hAnsi="Times New Roman" w:cs="Times New Roman"/>
          <w:lang w:val="it-IT"/>
        </w:rPr>
        <w:t xml:space="preserve"> aver preso integrale visione dell’Avviso e di accettarne pienamente e incondizionatamente tutte le clausole;</w:t>
      </w:r>
    </w:p>
    <w:p w14:paraId="1AAEB5E3" w14:textId="77777777" w:rsidR="00221E73" w:rsidRPr="00627D95" w:rsidRDefault="00221E73" w:rsidP="00221E73">
      <w:pPr>
        <w:spacing w:after="0" w:line="240" w:lineRule="auto"/>
        <w:ind w:left="227"/>
        <w:rPr>
          <w:rFonts w:ascii="Times New Roman" w:hAnsi="Times New Roman" w:cs="Times New Roman"/>
          <w:lang w:val="it-IT"/>
        </w:rPr>
      </w:pPr>
    </w:p>
    <w:p w14:paraId="29C3A26F" w14:textId="3E7FEF29" w:rsidR="00DF270C" w:rsidRDefault="00251ECD" w:rsidP="00221E73">
      <w:pPr>
        <w:spacing w:after="0" w:line="240" w:lineRule="auto"/>
        <w:ind w:left="227"/>
        <w:rPr>
          <w:rFonts w:ascii="Times New Roman" w:hAnsi="Times New Roman" w:cs="Times New Roman"/>
          <w:lang w:val="it-IT"/>
        </w:rPr>
      </w:pPr>
      <w:proofErr w:type="gramStart"/>
      <w:r w:rsidRPr="00627D95">
        <w:rPr>
          <w:rFonts w:ascii="Segoe UI Symbol" w:hAnsi="Segoe UI Symbol" w:cs="Segoe UI Symbol"/>
          <w:b/>
          <w:lang w:val="it-IT"/>
        </w:rPr>
        <w:t>☐</w:t>
      </w:r>
      <w:r w:rsidRPr="00627D95">
        <w:rPr>
          <w:rFonts w:ascii="Times New Roman" w:hAnsi="Times New Roman" w:cs="Times New Roman"/>
          <w:b/>
          <w:lang w:val="it-IT"/>
        </w:rPr>
        <w:t xml:space="preserve">  </w:t>
      </w:r>
      <w:r w:rsidRPr="00627D95">
        <w:rPr>
          <w:rFonts w:ascii="Times New Roman" w:hAnsi="Times New Roman" w:cs="Times New Roman"/>
          <w:lang w:val="it-IT"/>
        </w:rPr>
        <w:t>che</w:t>
      </w:r>
      <w:proofErr w:type="gramEnd"/>
      <w:r w:rsidRPr="00627D95">
        <w:rPr>
          <w:rFonts w:ascii="Times New Roman" w:hAnsi="Times New Roman" w:cs="Times New Roman"/>
          <w:lang w:val="it-IT"/>
        </w:rPr>
        <w:t xml:space="preserve"> le attività saranno riferite a</w:t>
      </w:r>
      <w:r w:rsidR="00572FEE">
        <w:rPr>
          <w:rFonts w:ascii="Times New Roman" w:hAnsi="Times New Roman" w:cs="Times New Roman"/>
          <w:lang w:val="it-IT"/>
        </w:rPr>
        <w:t>lla/e</w:t>
      </w:r>
      <w:r w:rsidRPr="00627D95">
        <w:rPr>
          <w:rFonts w:ascii="Times New Roman" w:hAnsi="Times New Roman" w:cs="Times New Roman"/>
          <w:lang w:val="it-IT"/>
        </w:rPr>
        <w:t xml:space="preserve"> line</w:t>
      </w:r>
      <w:r w:rsidR="00572FEE">
        <w:rPr>
          <w:rFonts w:ascii="Times New Roman" w:hAnsi="Times New Roman" w:cs="Times New Roman"/>
          <w:lang w:val="it-IT"/>
        </w:rPr>
        <w:t>a/</w:t>
      </w:r>
      <w:r w:rsidRPr="00627D95">
        <w:rPr>
          <w:rFonts w:ascii="Times New Roman" w:hAnsi="Times New Roman" w:cs="Times New Roman"/>
          <w:lang w:val="it-IT"/>
        </w:rPr>
        <w:t>e di azione selezionat</w:t>
      </w:r>
      <w:r w:rsidR="00572FEE">
        <w:rPr>
          <w:rFonts w:ascii="Times New Roman" w:hAnsi="Times New Roman" w:cs="Times New Roman"/>
          <w:lang w:val="it-IT"/>
        </w:rPr>
        <w:t>a/</w:t>
      </w:r>
      <w:r w:rsidRPr="00627D95">
        <w:rPr>
          <w:rFonts w:ascii="Times New Roman" w:hAnsi="Times New Roman" w:cs="Times New Roman"/>
          <w:lang w:val="it-IT"/>
        </w:rPr>
        <w:t xml:space="preserve">e nella sezione </w:t>
      </w:r>
      <w:proofErr w:type="gramStart"/>
      <w:r w:rsidRPr="00627D95">
        <w:rPr>
          <w:rFonts w:ascii="Times New Roman" w:hAnsi="Times New Roman" w:cs="Times New Roman"/>
          <w:lang w:val="it-IT"/>
        </w:rPr>
        <w:t>3</w:t>
      </w:r>
      <w:proofErr w:type="gramEnd"/>
      <w:r w:rsidRPr="00627D95">
        <w:rPr>
          <w:rFonts w:ascii="Times New Roman" w:hAnsi="Times New Roman" w:cs="Times New Roman"/>
          <w:lang w:val="it-IT"/>
        </w:rPr>
        <w:t xml:space="preserve"> del presente </w:t>
      </w:r>
      <w:r w:rsidR="00171FFA">
        <w:rPr>
          <w:rFonts w:ascii="Times New Roman" w:hAnsi="Times New Roman" w:cs="Times New Roman"/>
          <w:lang w:val="it-IT"/>
        </w:rPr>
        <w:t>Modulo</w:t>
      </w:r>
      <w:r w:rsidRPr="00627D95">
        <w:rPr>
          <w:rFonts w:ascii="Times New Roman" w:hAnsi="Times New Roman" w:cs="Times New Roman"/>
          <w:lang w:val="it-IT"/>
        </w:rPr>
        <w:t>;</w:t>
      </w:r>
    </w:p>
    <w:p w14:paraId="7D7F515B" w14:textId="77777777" w:rsidR="00B84A08" w:rsidRDefault="00B84A08" w:rsidP="00221E73">
      <w:pPr>
        <w:spacing w:after="0" w:line="240" w:lineRule="auto"/>
        <w:ind w:left="227"/>
        <w:rPr>
          <w:rFonts w:ascii="Segoe UI Symbol" w:hAnsi="Segoe UI Symbol" w:cs="Segoe UI Symbol"/>
          <w:b/>
          <w:lang w:val="it-IT"/>
        </w:rPr>
      </w:pPr>
    </w:p>
    <w:p w14:paraId="513B3DA9" w14:textId="0F1A42BF" w:rsidR="00DF270C" w:rsidRDefault="00251ECD" w:rsidP="00221E73">
      <w:pPr>
        <w:spacing w:after="0" w:line="240" w:lineRule="auto"/>
        <w:ind w:left="227"/>
        <w:rPr>
          <w:rFonts w:ascii="Times New Roman" w:hAnsi="Times New Roman" w:cs="Times New Roman"/>
          <w:lang w:val="it-IT"/>
        </w:rPr>
      </w:pPr>
      <w:proofErr w:type="gramStart"/>
      <w:r w:rsidRPr="00627D95">
        <w:rPr>
          <w:rFonts w:ascii="Segoe UI Symbol" w:hAnsi="Segoe UI Symbol" w:cs="Segoe UI Symbol"/>
          <w:b/>
          <w:lang w:val="it-IT"/>
        </w:rPr>
        <w:t>☐</w:t>
      </w:r>
      <w:r w:rsidRPr="00627D95">
        <w:rPr>
          <w:rFonts w:ascii="Times New Roman" w:hAnsi="Times New Roman" w:cs="Times New Roman"/>
          <w:b/>
          <w:lang w:val="it-IT"/>
        </w:rPr>
        <w:t xml:space="preserve">  </w:t>
      </w:r>
      <w:r w:rsidRPr="00627D95">
        <w:rPr>
          <w:rFonts w:ascii="Times New Roman" w:hAnsi="Times New Roman" w:cs="Times New Roman"/>
          <w:lang w:val="it-IT"/>
        </w:rPr>
        <w:t>di</w:t>
      </w:r>
      <w:proofErr w:type="gramEnd"/>
      <w:r w:rsidRPr="00627D95">
        <w:rPr>
          <w:rFonts w:ascii="Times New Roman" w:hAnsi="Times New Roman" w:cs="Times New Roman"/>
          <w:lang w:val="it-IT"/>
        </w:rPr>
        <w:t xml:space="preserve"> essere consapevole che sono escluse dal finanziamento le azioni che prevedano unicamente, o in via prevalente, attività di ricerca e/o organizzazione di convegnistica;</w:t>
      </w:r>
    </w:p>
    <w:p w14:paraId="67C51762" w14:textId="77777777" w:rsidR="00221E73" w:rsidRPr="00627D95" w:rsidRDefault="00221E73" w:rsidP="00221E73">
      <w:pPr>
        <w:spacing w:after="0" w:line="240" w:lineRule="auto"/>
        <w:ind w:left="227"/>
        <w:rPr>
          <w:rFonts w:ascii="Times New Roman" w:hAnsi="Times New Roman" w:cs="Times New Roman"/>
          <w:lang w:val="it-IT"/>
        </w:rPr>
      </w:pPr>
    </w:p>
    <w:p w14:paraId="68B96538" w14:textId="18784FAF" w:rsidR="00DF270C" w:rsidRDefault="00251ECD" w:rsidP="00221E73">
      <w:pPr>
        <w:spacing w:after="0" w:line="240" w:lineRule="auto"/>
        <w:ind w:left="227"/>
        <w:rPr>
          <w:rFonts w:ascii="Times New Roman" w:hAnsi="Times New Roman" w:cs="Times New Roman"/>
          <w:lang w:val="it-IT"/>
        </w:rPr>
      </w:pPr>
      <w:proofErr w:type="gramStart"/>
      <w:r w:rsidRPr="00627D95">
        <w:rPr>
          <w:rFonts w:ascii="Segoe UI Symbol" w:hAnsi="Segoe UI Symbol" w:cs="Segoe UI Symbol"/>
          <w:b/>
          <w:lang w:val="it-IT"/>
        </w:rPr>
        <w:t>☐</w:t>
      </w:r>
      <w:r w:rsidRPr="00627D95">
        <w:rPr>
          <w:rFonts w:ascii="Times New Roman" w:hAnsi="Times New Roman" w:cs="Times New Roman"/>
          <w:b/>
          <w:lang w:val="it-IT"/>
        </w:rPr>
        <w:t xml:space="preserve">  </w:t>
      </w:r>
      <w:r w:rsidRPr="00627D95">
        <w:rPr>
          <w:rFonts w:ascii="Times New Roman" w:hAnsi="Times New Roman" w:cs="Times New Roman"/>
          <w:lang w:val="it-IT"/>
        </w:rPr>
        <w:t>di</w:t>
      </w:r>
      <w:proofErr w:type="gramEnd"/>
      <w:r w:rsidRPr="00627D95">
        <w:rPr>
          <w:rFonts w:ascii="Times New Roman" w:hAnsi="Times New Roman" w:cs="Times New Roman"/>
          <w:lang w:val="it-IT"/>
        </w:rPr>
        <w:t xml:space="preserve"> impegnarsi al rispetto degli obblighi di avvio, attuazione, rendicontazione, conservazione documentale e utilizzo del logo previsti dall’Avviso</w:t>
      </w:r>
      <w:r w:rsidR="00190535">
        <w:rPr>
          <w:rFonts w:ascii="Times New Roman" w:hAnsi="Times New Roman" w:cs="Times New Roman"/>
          <w:lang w:val="it-IT"/>
        </w:rPr>
        <w:t>.</w:t>
      </w:r>
    </w:p>
    <w:p w14:paraId="29DA67CB" w14:textId="77777777" w:rsidR="00444E9D" w:rsidRPr="00627D95" w:rsidRDefault="00444E9D" w:rsidP="00221E73">
      <w:pPr>
        <w:spacing w:after="0" w:line="240" w:lineRule="auto"/>
        <w:ind w:left="227"/>
        <w:rPr>
          <w:rFonts w:ascii="Times New Roman" w:hAnsi="Times New Roman" w:cs="Times New Roman"/>
          <w:lang w:val="it-IT"/>
        </w:rPr>
      </w:pPr>
    </w:p>
    <w:p w14:paraId="2B6CF39B" w14:textId="2EAC509A" w:rsidR="00DF270C" w:rsidRDefault="00251ECD" w:rsidP="00221E73">
      <w:pPr>
        <w:spacing w:after="0" w:line="240" w:lineRule="auto"/>
        <w:rPr>
          <w:rFonts w:ascii="Times New Roman" w:hAnsi="Times New Roman" w:cs="Times New Roman"/>
          <w:lang w:val="it-IT"/>
        </w:rPr>
      </w:pPr>
      <w:r w:rsidRPr="00627D95">
        <w:rPr>
          <w:rFonts w:ascii="Times New Roman" w:hAnsi="Times New Roman" w:cs="Times New Roman"/>
          <w:lang w:val="it-IT"/>
        </w:rPr>
        <w:t>Il/</w:t>
      </w:r>
      <w:r w:rsidR="00190535">
        <w:rPr>
          <w:rFonts w:ascii="Times New Roman" w:hAnsi="Times New Roman" w:cs="Times New Roman"/>
          <w:lang w:val="it-IT"/>
        </w:rPr>
        <w:t>l</w:t>
      </w:r>
      <w:r w:rsidRPr="00627D95">
        <w:rPr>
          <w:rFonts w:ascii="Times New Roman" w:hAnsi="Times New Roman" w:cs="Times New Roman"/>
          <w:lang w:val="it-IT"/>
        </w:rPr>
        <w:t>a sottoscritto/a dichiara</w:t>
      </w:r>
      <w:r w:rsidR="00190535">
        <w:rPr>
          <w:rFonts w:ascii="Times New Roman" w:hAnsi="Times New Roman" w:cs="Times New Roman"/>
          <w:lang w:val="it-IT"/>
        </w:rPr>
        <w:t>, inoltre,</w:t>
      </w:r>
      <w:r w:rsidRPr="00627D95">
        <w:rPr>
          <w:rFonts w:ascii="Times New Roman" w:hAnsi="Times New Roman" w:cs="Times New Roman"/>
          <w:lang w:val="it-IT"/>
        </w:rPr>
        <w:t xml:space="preserve"> di aver preso visione dell’informativa sul trattamento dei dati personali contenuta nell’articolo 8 dell’Avviso.</w:t>
      </w:r>
    </w:p>
    <w:p w14:paraId="04743FB7" w14:textId="77777777" w:rsidR="00444E9D" w:rsidRPr="00161C9B" w:rsidRDefault="00444E9D" w:rsidP="00221E73">
      <w:pPr>
        <w:pStyle w:val="Titolo1"/>
        <w:spacing w:before="0" w:after="0" w:line="240" w:lineRule="auto"/>
        <w:rPr>
          <w:rFonts w:ascii="Times New Roman" w:hAnsi="Times New Roman" w:cs="Times New Roman"/>
          <w:lang w:val="it-IT"/>
        </w:rPr>
      </w:pPr>
    </w:p>
    <w:p w14:paraId="0DCA481F" w14:textId="39F5FB37" w:rsidR="00DF270C" w:rsidRDefault="00251ECD" w:rsidP="00221E73">
      <w:pPr>
        <w:pStyle w:val="Titolo1"/>
        <w:spacing w:before="0" w:after="0" w:line="240" w:lineRule="auto"/>
        <w:rPr>
          <w:rFonts w:ascii="Times New Roman" w:hAnsi="Times New Roman" w:cs="Times New Roman"/>
        </w:rPr>
      </w:pPr>
      <w:r w:rsidRPr="00627D95">
        <w:rPr>
          <w:rFonts w:ascii="Times New Roman" w:hAnsi="Times New Roman" w:cs="Times New Roman"/>
        </w:rPr>
        <w:t xml:space="preserve">5. </w:t>
      </w:r>
      <w:proofErr w:type="spellStart"/>
      <w:r w:rsidRPr="00627D95">
        <w:rPr>
          <w:rFonts w:ascii="Times New Roman" w:hAnsi="Times New Roman" w:cs="Times New Roman"/>
        </w:rPr>
        <w:t>Referente</w:t>
      </w:r>
      <w:proofErr w:type="spellEnd"/>
      <w:r w:rsidRPr="00627D95">
        <w:rPr>
          <w:rFonts w:ascii="Times New Roman" w:hAnsi="Times New Roman" w:cs="Times New Roman"/>
        </w:rPr>
        <w:t xml:space="preserve"> per le </w:t>
      </w:r>
      <w:proofErr w:type="spellStart"/>
      <w:r w:rsidR="00444E9D">
        <w:rPr>
          <w:rFonts w:ascii="Times New Roman" w:hAnsi="Times New Roman" w:cs="Times New Roman"/>
        </w:rPr>
        <w:t>comunicazion</w:t>
      </w:r>
      <w:r w:rsidR="00171FFA">
        <w:rPr>
          <w:rFonts w:ascii="Times New Roman" w:hAnsi="Times New Roman" w:cs="Times New Roman"/>
        </w:rPr>
        <w:t>i</w:t>
      </w:r>
      <w:proofErr w:type="spellEnd"/>
    </w:p>
    <w:p w14:paraId="3DC5DE18" w14:textId="77777777" w:rsidR="00444E9D" w:rsidRPr="00444E9D" w:rsidRDefault="00444E9D" w:rsidP="00444E9D">
      <w:pPr>
        <w:spacing w:after="0" w:line="240" w:lineRule="auto"/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873"/>
        <w:gridCol w:w="4873"/>
      </w:tblGrid>
      <w:tr w:rsidR="00DF270C" w:rsidRPr="00627D95" w14:paraId="54F11FD7" w14:textId="77777777">
        <w:trPr>
          <w:jc w:val="center"/>
        </w:trPr>
        <w:tc>
          <w:tcPr>
            <w:tcW w:w="4873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43D7354" w14:textId="77777777" w:rsidR="00DF270C" w:rsidRPr="00627D95" w:rsidRDefault="00251ECD" w:rsidP="00221E73">
            <w:pPr>
              <w:rPr>
                <w:rFonts w:ascii="Times New Roman" w:hAnsi="Times New Roman" w:cs="Times New Roman"/>
              </w:rPr>
            </w:pPr>
            <w:r w:rsidRPr="00627D95">
              <w:rPr>
                <w:rFonts w:ascii="Times New Roman" w:hAnsi="Times New Roman" w:cs="Times New Roman"/>
                <w:b/>
              </w:rPr>
              <w:t xml:space="preserve">Nome e </w:t>
            </w:r>
            <w:proofErr w:type="spellStart"/>
            <w:r w:rsidRPr="00627D95">
              <w:rPr>
                <w:rFonts w:ascii="Times New Roman" w:hAnsi="Times New Roman" w:cs="Times New Roman"/>
                <w:b/>
              </w:rPr>
              <w:t>cognome</w:t>
            </w:r>
            <w:proofErr w:type="spellEnd"/>
          </w:p>
        </w:tc>
        <w:tc>
          <w:tcPr>
            <w:tcW w:w="487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47E1B7B" w14:textId="77777777" w:rsidR="00DF270C" w:rsidRPr="00627D95" w:rsidRDefault="00DF270C" w:rsidP="00221E73">
            <w:pPr>
              <w:rPr>
                <w:rFonts w:ascii="Times New Roman" w:hAnsi="Times New Roman" w:cs="Times New Roman"/>
              </w:rPr>
            </w:pPr>
          </w:p>
        </w:tc>
      </w:tr>
      <w:tr w:rsidR="00DF270C" w:rsidRPr="00627D95" w14:paraId="72CC27B9" w14:textId="77777777">
        <w:trPr>
          <w:jc w:val="center"/>
        </w:trPr>
        <w:tc>
          <w:tcPr>
            <w:tcW w:w="4873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15F52FF" w14:textId="77777777" w:rsidR="00DF270C" w:rsidRPr="00627D95" w:rsidRDefault="00251ECD" w:rsidP="00221E73">
            <w:pPr>
              <w:rPr>
                <w:rFonts w:ascii="Times New Roman" w:hAnsi="Times New Roman" w:cs="Times New Roman"/>
              </w:rPr>
            </w:pPr>
            <w:proofErr w:type="spellStart"/>
            <w:r w:rsidRPr="00627D95">
              <w:rPr>
                <w:rFonts w:ascii="Times New Roman" w:hAnsi="Times New Roman" w:cs="Times New Roman"/>
                <w:b/>
              </w:rPr>
              <w:t>Qualifica</w:t>
            </w:r>
            <w:proofErr w:type="spellEnd"/>
            <w:r w:rsidRPr="00627D95">
              <w:rPr>
                <w:rFonts w:ascii="Times New Roman" w:hAnsi="Times New Roman" w:cs="Times New Roman"/>
                <w:b/>
              </w:rPr>
              <w:t>/Ufficio</w:t>
            </w:r>
          </w:p>
        </w:tc>
        <w:tc>
          <w:tcPr>
            <w:tcW w:w="487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FFDCF4" w14:textId="77777777" w:rsidR="00DF270C" w:rsidRPr="00627D95" w:rsidRDefault="00DF270C" w:rsidP="00221E73">
            <w:pPr>
              <w:rPr>
                <w:rFonts w:ascii="Times New Roman" w:hAnsi="Times New Roman" w:cs="Times New Roman"/>
              </w:rPr>
            </w:pPr>
          </w:p>
        </w:tc>
      </w:tr>
      <w:tr w:rsidR="00DF270C" w:rsidRPr="00627D95" w14:paraId="3AD33190" w14:textId="77777777">
        <w:trPr>
          <w:jc w:val="center"/>
        </w:trPr>
        <w:tc>
          <w:tcPr>
            <w:tcW w:w="4873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D1CCF0F" w14:textId="082C61BD" w:rsidR="00DF270C" w:rsidRPr="00627D95" w:rsidRDefault="00251ECD" w:rsidP="00221E73">
            <w:pPr>
              <w:rPr>
                <w:rFonts w:ascii="Times New Roman" w:hAnsi="Times New Roman" w:cs="Times New Roman"/>
              </w:rPr>
            </w:pPr>
            <w:proofErr w:type="spellStart"/>
            <w:r w:rsidRPr="00627D95">
              <w:rPr>
                <w:rFonts w:ascii="Times New Roman" w:hAnsi="Times New Roman" w:cs="Times New Roman"/>
                <w:b/>
              </w:rPr>
              <w:t>Telefono</w:t>
            </w:r>
            <w:proofErr w:type="spellEnd"/>
          </w:p>
        </w:tc>
        <w:tc>
          <w:tcPr>
            <w:tcW w:w="487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5403236" w14:textId="77777777" w:rsidR="00DF270C" w:rsidRPr="00627D95" w:rsidRDefault="00DF270C" w:rsidP="00221E73">
            <w:pPr>
              <w:rPr>
                <w:rFonts w:ascii="Times New Roman" w:hAnsi="Times New Roman" w:cs="Times New Roman"/>
              </w:rPr>
            </w:pPr>
          </w:p>
        </w:tc>
      </w:tr>
      <w:tr w:rsidR="00DF270C" w:rsidRPr="00627D95" w14:paraId="30AC6C7C" w14:textId="77777777">
        <w:trPr>
          <w:jc w:val="center"/>
        </w:trPr>
        <w:tc>
          <w:tcPr>
            <w:tcW w:w="4873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321232C" w14:textId="77777777" w:rsidR="00DF270C" w:rsidRPr="00627D95" w:rsidRDefault="00251ECD" w:rsidP="00221E73">
            <w:pPr>
              <w:rPr>
                <w:rFonts w:ascii="Times New Roman" w:hAnsi="Times New Roman" w:cs="Times New Roman"/>
              </w:rPr>
            </w:pPr>
            <w:r w:rsidRPr="00627D95">
              <w:rPr>
                <w:rFonts w:ascii="Times New Roman" w:hAnsi="Times New Roman" w:cs="Times New Roman"/>
                <w:b/>
              </w:rPr>
              <w:t>E-mail</w:t>
            </w:r>
          </w:p>
        </w:tc>
        <w:tc>
          <w:tcPr>
            <w:tcW w:w="487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94F423A" w14:textId="77777777" w:rsidR="00DF270C" w:rsidRPr="00627D95" w:rsidRDefault="00DF270C" w:rsidP="00221E73">
            <w:pPr>
              <w:rPr>
                <w:rFonts w:ascii="Times New Roman" w:hAnsi="Times New Roman" w:cs="Times New Roman"/>
              </w:rPr>
            </w:pPr>
          </w:p>
        </w:tc>
      </w:tr>
      <w:tr w:rsidR="00DF270C" w:rsidRPr="00627D95" w14:paraId="563EBA0C" w14:textId="77777777">
        <w:trPr>
          <w:jc w:val="center"/>
        </w:trPr>
        <w:tc>
          <w:tcPr>
            <w:tcW w:w="4873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CA9A7A" w14:textId="77777777" w:rsidR="00DF270C" w:rsidRPr="00627D95" w:rsidRDefault="00251ECD" w:rsidP="00221E73">
            <w:pPr>
              <w:rPr>
                <w:rFonts w:ascii="Times New Roman" w:hAnsi="Times New Roman" w:cs="Times New Roman"/>
              </w:rPr>
            </w:pPr>
            <w:r w:rsidRPr="00627D95">
              <w:rPr>
                <w:rFonts w:ascii="Times New Roman" w:hAnsi="Times New Roman" w:cs="Times New Roman"/>
                <w:b/>
              </w:rPr>
              <w:t>PEC</w:t>
            </w:r>
          </w:p>
        </w:tc>
        <w:tc>
          <w:tcPr>
            <w:tcW w:w="487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951476" w14:textId="77777777" w:rsidR="00DF270C" w:rsidRPr="00627D95" w:rsidRDefault="00DF270C" w:rsidP="00221E73">
            <w:pPr>
              <w:rPr>
                <w:rFonts w:ascii="Times New Roman" w:hAnsi="Times New Roman" w:cs="Times New Roman"/>
              </w:rPr>
            </w:pPr>
          </w:p>
        </w:tc>
      </w:tr>
    </w:tbl>
    <w:p w14:paraId="22B0B3FB" w14:textId="77777777" w:rsidR="00943F43" w:rsidRPr="00943F43" w:rsidRDefault="00943F43" w:rsidP="00221E73">
      <w:pPr>
        <w:pStyle w:val="Titolo1"/>
        <w:spacing w:before="0" w:after="0" w:line="240" w:lineRule="auto"/>
        <w:rPr>
          <w:rFonts w:ascii="Times New Roman" w:hAnsi="Times New Roman" w:cs="Times New Roman"/>
          <w:b w:val="0"/>
          <w:bCs w:val="0"/>
        </w:rPr>
      </w:pPr>
    </w:p>
    <w:p w14:paraId="3F744DA1" w14:textId="182F1BDF" w:rsidR="00DF270C" w:rsidRDefault="00251ECD" w:rsidP="00221E73">
      <w:pPr>
        <w:pStyle w:val="Titolo1"/>
        <w:spacing w:before="0" w:after="0" w:line="240" w:lineRule="auto"/>
        <w:rPr>
          <w:rFonts w:ascii="Times New Roman" w:hAnsi="Times New Roman" w:cs="Times New Roman"/>
        </w:rPr>
      </w:pPr>
      <w:r w:rsidRPr="00627D95">
        <w:rPr>
          <w:rFonts w:ascii="Times New Roman" w:hAnsi="Times New Roman" w:cs="Times New Roman"/>
        </w:rPr>
        <w:t xml:space="preserve">6. </w:t>
      </w:r>
      <w:proofErr w:type="spellStart"/>
      <w:r w:rsidRPr="00627D95">
        <w:rPr>
          <w:rFonts w:ascii="Times New Roman" w:hAnsi="Times New Roman" w:cs="Times New Roman"/>
        </w:rPr>
        <w:t>Documentazione</w:t>
      </w:r>
      <w:proofErr w:type="spellEnd"/>
      <w:r w:rsidRPr="00627D95">
        <w:rPr>
          <w:rFonts w:ascii="Times New Roman" w:hAnsi="Times New Roman" w:cs="Times New Roman"/>
        </w:rPr>
        <w:t xml:space="preserve"> </w:t>
      </w:r>
      <w:r w:rsidR="00171FFA">
        <w:rPr>
          <w:rFonts w:ascii="Times New Roman" w:hAnsi="Times New Roman" w:cs="Times New Roman"/>
        </w:rPr>
        <w:t xml:space="preserve">da </w:t>
      </w:r>
      <w:proofErr w:type="spellStart"/>
      <w:r w:rsidRPr="00627D95">
        <w:rPr>
          <w:rFonts w:ascii="Times New Roman" w:hAnsi="Times New Roman" w:cs="Times New Roman"/>
        </w:rPr>
        <w:t>allega</w:t>
      </w:r>
      <w:r w:rsidR="00171FFA">
        <w:rPr>
          <w:rFonts w:ascii="Times New Roman" w:hAnsi="Times New Roman" w:cs="Times New Roman"/>
        </w:rPr>
        <w:t>re</w:t>
      </w:r>
      <w:proofErr w:type="spellEnd"/>
    </w:p>
    <w:p w14:paraId="55917A4A" w14:textId="77777777" w:rsidR="00444E9D" w:rsidRPr="00943F43" w:rsidRDefault="00444E9D" w:rsidP="00DA1173">
      <w:pPr>
        <w:spacing w:after="0" w:line="240" w:lineRule="auto"/>
        <w:rPr>
          <w:rFonts w:ascii="Times New Roman" w:hAnsi="Times New Roman" w:cs="Times New Roman"/>
          <w:bCs/>
          <w:lang w:val="it-IT"/>
        </w:rPr>
      </w:pPr>
    </w:p>
    <w:p w14:paraId="77A1B030" w14:textId="5FD5206B" w:rsidR="00E85FA1" w:rsidRPr="00DA1173" w:rsidRDefault="00251ECD" w:rsidP="00DA1173">
      <w:pPr>
        <w:spacing w:after="0" w:line="240" w:lineRule="auto"/>
        <w:ind w:left="227"/>
        <w:rPr>
          <w:rFonts w:ascii="Times New Roman" w:hAnsi="Times New Roman" w:cs="Times New Roman"/>
          <w:b/>
          <w:lang w:val="it-IT"/>
        </w:rPr>
      </w:pPr>
      <w:proofErr w:type="gramStart"/>
      <w:r w:rsidRPr="00627D95">
        <w:rPr>
          <w:rFonts w:ascii="Segoe UI Symbol" w:hAnsi="Segoe UI Symbol" w:cs="Segoe UI Symbol"/>
          <w:b/>
          <w:lang w:val="it-IT"/>
        </w:rPr>
        <w:t>☐</w:t>
      </w:r>
      <w:r w:rsidRPr="00627D95">
        <w:rPr>
          <w:rFonts w:ascii="Times New Roman" w:hAnsi="Times New Roman" w:cs="Times New Roman"/>
          <w:b/>
          <w:lang w:val="it-IT"/>
        </w:rPr>
        <w:t xml:space="preserve">  </w:t>
      </w:r>
      <w:r w:rsidRPr="00444E9D">
        <w:rPr>
          <w:rFonts w:ascii="Times New Roman" w:hAnsi="Times New Roman" w:cs="Times New Roman"/>
          <w:bCs/>
          <w:lang w:val="it-IT"/>
        </w:rPr>
        <w:t>Atto</w:t>
      </w:r>
      <w:proofErr w:type="gramEnd"/>
      <w:r w:rsidRPr="00444E9D">
        <w:rPr>
          <w:rFonts w:ascii="Times New Roman" w:hAnsi="Times New Roman" w:cs="Times New Roman"/>
          <w:bCs/>
          <w:lang w:val="it-IT"/>
        </w:rPr>
        <w:t xml:space="preserve"> di delega o altra documentazione idonea a comprovare i poteri di firma, qualora la manifestazione sia sottoscritta da un soggetto delegato.</w:t>
      </w:r>
    </w:p>
    <w:p w14:paraId="0A688793" w14:textId="77777777" w:rsidR="00E85FA1" w:rsidRDefault="00E85FA1" w:rsidP="00221E73">
      <w:pPr>
        <w:spacing w:after="0" w:line="240" w:lineRule="auto"/>
        <w:rPr>
          <w:rFonts w:ascii="Times New Roman" w:hAnsi="Times New Roman" w:cs="Times New Roman"/>
          <w:lang w:val="it-IT"/>
        </w:rPr>
      </w:pPr>
    </w:p>
    <w:p w14:paraId="216F39A4" w14:textId="77777777" w:rsidR="00301627" w:rsidRPr="00627D95" w:rsidRDefault="00301627" w:rsidP="00221E73">
      <w:pPr>
        <w:spacing w:after="0" w:line="240" w:lineRule="auto"/>
        <w:rPr>
          <w:rFonts w:ascii="Times New Roman" w:hAnsi="Times New Roman" w:cs="Times New Roman"/>
          <w:lang w:val="it-IT"/>
        </w:rPr>
      </w:pPr>
    </w:p>
    <w:p w14:paraId="333AD16B" w14:textId="77777777" w:rsidR="000C113C" w:rsidRDefault="00251ECD" w:rsidP="00301627">
      <w:pPr>
        <w:spacing w:after="0" w:line="240" w:lineRule="auto"/>
        <w:ind w:left="4320" w:firstLine="720"/>
        <w:jc w:val="right"/>
        <w:rPr>
          <w:rFonts w:ascii="Times New Roman" w:hAnsi="Times New Roman" w:cs="Times New Roman"/>
          <w:b/>
          <w:lang w:val="it-IT"/>
        </w:rPr>
      </w:pPr>
      <w:r w:rsidRPr="00627D95">
        <w:rPr>
          <w:rFonts w:ascii="Times New Roman" w:hAnsi="Times New Roman" w:cs="Times New Roman"/>
          <w:b/>
          <w:lang w:val="it-IT"/>
        </w:rPr>
        <w:t>Il/</w:t>
      </w:r>
      <w:r w:rsidR="00E85FA1">
        <w:rPr>
          <w:rFonts w:ascii="Times New Roman" w:hAnsi="Times New Roman" w:cs="Times New Roman"/>
          <w:b/>
          <w:lang w:val="it-IT"/>
        </w:rPr>
        <w:t>l</w:t>
      </w:r>
      <w:r w:rsidRPr="00627D95">
        <w:rPr>
          <w:rFonts w:ascii="Times New Roman" w:hAnsi="Times New Roman" w:cs="Times New Roman"/>
          <w:b/>
          <w:lang w:val="it-IT"/>
        </w:rPr>
        <w:t>a legale rappresentante o suo delegato/a</w:t>
      </w:r>
    </w:p>
    <w:p w14:paraId="10599401" w14:textId="77777777" w:rsidR="00171FFA" w:rsidRDefault="00171FFA" w:rsidP="00301627">
      <w:pPr>
        <w:spacing w:after="0" w:line="240" w:lineRule="auto"/>
        <w:jc w:val="right"/>
        <w:rPr>
          <w:rFonts w:ascii="Times New Roman" w:hAnsi="Times New Roman" w:cs="Times New Roman"/>
          <w:b/>
          <w:lang w:val="it-IT"/>
        </w:rPr>
      </w:pPr>
    </w:p>
    <w:p w14:paraId="316C1FCD" w14:textId="3C25C73F" w:rsidR="000C113C" w:rsidRDefault="00251ECD" w:rsidP="00301627">
      <w:pPr>
        <w:spacing w:after="0" w:line="240" w:lineRule="auto"/>
        <w:ind w:left="4320" w:firstLine="720"/>
        <w:jc w:val="right"/>
        <w:rPr>
          <w:rFonts w:ascii="Times New Roman" w:hAnsi="Times New Roman" w:cs="Times New Roman"/>
          <w:lang w:val="it-IT"/>
        </w:rPr>
      </w:pPr>
      <w:r w:rsidRPr="00627D95">
        <w:rPr>
          <w:rFonts w:ascii="Times New Roman" w:hAnsi="Times New Roman" w:cs="Times New Roman"/>
          <w:lang w:val="it-IT"/>
        </w:rPr>
        <w:t>________________________________________</w:t>
      </w:r>
    </w:p>
    <w:p w14:paraId="29584EB5" w14:textId="6D0F0DD5" w:rsidR="00943F43" w:rsidRDefault="00251ECD" w:rsidP="00B84A08">
      <w:pPr>
        <w:spacing w:after="0" w:line="240" w:lineRule="auto"/>
        <w:jc w:val="right"/>
        <w:rPr>
          <w:rFonts w:ascii="Times New Roman" w:hAnsi="Times New Roman" w:cs="Times New Roman"/>
          <w:lang w:val="it-IT"/>
        </w:rPr>
      </w:pPr>
      <w:r w:rsidRPr="00627D95">
        <w:rPr>
          <w:rFonts w:ascii="Times New Roman" w:hAnsi="Times New Roman" w:cs="Times New Roman"/>
          <w:lang w:val="it-IT"/>
        </w:rPr>
        <w:br/>
        <w:t>(</w:t>
      </w:r>
      <w:r w:rsidR="00F63810">
        <w:rPr>
          <w:rFonts w:ascii="Times New Roman" w:hAnsi="Times New Roman" w:cs="Times New Roman"/>
          <w:i/>
          <w:iCs/>
          <w:lang w:val="it-IT"/>
        </w:rPr>
        <w:t>F</w:t>
      </w:r>
      <w:r w:rsidRPr="000C113C">
        <w:rPr>
          <w:rFonts w:ascii="Times New Roman" w:hAnsi="Times New Roman" w:cs="Times New Roman"/>
          <w:i/>
          <w:iCs/>
          <w:lang w:val="it-IT"/>
        </w:rPr>
        <w:t xml:space="preserve">irma </w:t>
      </w:r>
      <w:r w:rsidRPr="00161C9B">
        <w:rPr>
          <w:rFonts w:ascii="Times New Roman" w:hAnsi="Times New Roman" w:cs="Times New Roman"/>
          <w:i/>
          <w:iCs/>
          <w:lang w:val="it-IT"/>
        </w:rPr>
        <w:t>digitale</w:t>
      </w:r>
      <w:r w:rsidR="00E858B6" w:rsidRPr="00161C9B">
        <w:rPr>
          <w:lang w:val="it-IT"/>
        </w:rPr>
        <w:t xml:space="preserve"> </w:t>
      </w:r>
      <w:r w:rsidR="00E858B6" w:rsidRPr="00161C9B">
        <w:rPr>
          <w:rFonts w:ascii="Times New Roman" w:hAnsi="Times New Roman" w:cs="Times New Roman"/>
          <w:i/>
          <w:iCs/>
          <w:lang w:val="it-IT"/>
        </w:rPr>
        <w:t xml:space="preserve">in formato </w:t>
      </w:r>
      <w:proofErr w:type="spellStart"/>
      <w:r w:rsidR="00E858B6" w:rsidRPr="00161C9B">
        <w:rPr>
          <w:rFonts w:ascii="Times New Roman" w:hAnsi="Times New Roman" w:cs="Times New Roman"/>
          <w:i/>
          <w:iCs/>
          <w:lang w:val="it-IT"/>
        </w:rPr>
        <w:t>PAdES</w:t>
      </w:r>
      <w:proofErr w:type="spellEnd"/>
      <w:r w:rsidRPr="00161C9B">
        <w:rPr>
          <w:rFonts w:ascii="Times New Roman" w:hAnsi="Times New Roman" w:cs="Times New Roman"/>
          <w:lang w:val="it-IT"/>
        </w:rPr>
        <w:t>)</w:t>
      </w:r>
    </w:p>
    <w:p w14:paraId="73ECA3C1" w14:textId="77777777" w:rsidR="00CD7358" w:rsidRDefault="00CD7358" w:rsidP="00221E73">
      <w:pPr>
        <w:spacing w:after="0" w:line="240" w:lineRule="auto"/>
        <w:rPr>
          <w:rFonts w:ascii="Times New Roman" w:hAnsi="Times New Roman" w:cs="Times New Roman"/>
          <w:lang w:val="it-IT"/>
        </w:rPr>
      </w:pPr>
    </w:p>
    <w:p w14:paraId="172D84F2" w14:textId="77777777" w:rsidR="000C113C" w:rsidRPr="00627D95" w:rsidRDefault="000C113C" w:rsidP="00221E73">
      <w:pPr>
        <w:spacing w:after="0" w:line="240" w:lineRule="auto"/>
        <w:rPr>
          <w:rFonts w:ascii="Times New Roman" w:hAnsi="Times New Roman" w:cs="Times New Roman"/>
          <w:lang w:val="it-IT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46"/>
      </w:tblGrid>
      <w:tr w:rsidR="00DF270C" w:rsidRPr="0049384D" w14:paraId="561FA8B5" w14:textId="77777777">
        <w:trPr>
          <w:jc w:val="center"/>
        </w:trPr>
        <w:tc>
          <w:tcPr>
            <w:tcW w:w="9746" w:type="dxa"/>
            <w:shd w:val="clear" w:color="auto" w:fill="F2F2F2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56F7DA68" w14:textId="2E355836" w:rsidR="00F63810" w:rsidRDefault="00251ECD" w:rsidP="00221E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it-IT"/>
              </w:rPr>
            </w:pPr>
            <w:r w:rsidRPr="00627D95">
              <w:rPr>
                <w:rFonts w:ascii="Times New Roman" w:hAnsi="Times New Roman" w:cs="Times New Roman"/>
                <w:b/>
                <w:lang w:val="it-IT"/>
              </w:rPr>
              <w:t>Nota per la compilazione</w:t>
            </w:r>
          </w:p>
          <w:p w14:paraId="17540460" w14:textId="77777777" w:rsidR="00F63810" w:rsidRDefault="00F63810" w:rsidP="00221E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it-IT"/>
              </w:rPr>
            </w:pPr>
          </w:p>
          <w:p w14:paraId="1E9F08C1" w14:textId="63DB5ADA" w:rsidR="00DF270C" w:rsidRPr="00627D95" w:rsidRDefault="00251ECD" w:rsidP="00221E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it-IT"/>
              </w:rPr>
            </w:pPr>
            <w:r w:rsidRPr="00627D95">
              <w:rPr>
                <w:rFonts w:ascii="Times New Roman" w:hAnsi="Times New Roman" w:cs="Times New Roman"/>
                <w:lang w:val="it-IT"/>
              </w:rPr>
              <w:t xml:space="preserve">Il </w:t>
            </w:r>
            <w:r w:rsidR="00171FFA">
              <w:rPr>
                <w:rFonts w:ascii="Times New Roman" w:hAnsi="Times New Roman" w:cs="Times New Roman"/>
                <w:lang w:val="it-IT"/>
              </w:rPr>
              <w:t>Modulo</w:t>
            </w:r>
            <w:r w:rsidRPr="00627D95">
              <w:rPr>
                <w:rFonts w:ascii="Times New Roman" w:hAnsi="Times New Roman" w:cs="Times New Roman"/>
                <w:lang w:val="it-IT"/>
              </w:rPr>
              <w:t xml:space="preserve"> deve essere debitamente compilato nelle parti applicabili, sottoscritto </w:t>
            </w:r>
            <w:r w:rsidR="00943F43">
              <w:rPr>
                <w:rFonts w:ascii="Times New Roman" w:hAnsi="Times New Roman" w:cs="Times New Roman"/>
                <w:lang w:val="it-IT"/>
              </w:rPr>
              <w:t xml:space="preserve">digitalmente </w:t>
            </w:r>
            <w:r w:rsidRPr="00627D95">
              <w:rPr>
                <w:rFonts w:ascii="Times New Roman" w:hAnsi="Times New Roman" w:cs="Times New Roman"/>
                <w:lang w:val="it-IT"/>
              </w:rPr>
              <w:t xml:space="preserve">dal legale rappresentante del Comune o da un soggetto delegato e trasmesso all’indirizzo PEC </w:t>
            </w:r>
            <w:hyperlink r:id="rId9" w:history="1">
              <w:r w:rsidR="00F63810" w:rsidRPr="005B0CEA">
                <w:rPr>
                  <w:rStyle w:val="Collegamentoipertestuale"/>
                  <w:rFonts w:ascii="Times New Roman" w:hAnsi="Times New Roman" w:cs="Times New Roman"/>
                  <w:lang w:val="it-IT"/>
                </w:rPr>
                <w:t>prevenzioneincomune@governo.pec.it</w:t>
              </w:r>
            </w:hyperlink>
            <w:r w:rsidR="00F63810"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627D95">
              <w:rPr>
                <w:rFonts w:ascii="Times New Roman" w:hAnsi="Times New Roman" w:cs="Times New Roman"/>
                <w:lang w:val="it-IT"/>
              </w:rPr>
              <w:t xml:space="preserve">entro il termine </w:t>
            </w:r>
            <w:r w:rsidRPr="00171FFA">
              <w:rPr>
                <w:rFonts w:ascii="Times New Roman" w:hAnsi="Times New Roman" w:cs="Times New Roman"/>
                <w:b/>
                <w:bCs/>
                <w:lang w:val="it-IT"/>
              </w:rPr>
              <w:t>perentorio</w:t>
            </w:r>
            <w:r w:rsidRPr="00627D95">
              <w:rPr>
                <w:rFonts w:ascii="Times New Roman" w:hAnsi="Times New Roman" w:cs="Times New Roman"/>
                <w:lang w:val="it-IT"/>
              </w:rPr>
              <w:t xml:space="preserve"> di dieci giorni dalla data di pubblicazione dell’Avviso sul sito </w:t>
            </w:r>
            <w:r w:rsidRPr="001B1FB2">
              <w:rPr>
                <w:rFonts w:ascii="Times New Roman" w:hAnsi="Times New Roman" w:cs="Times New Roman"/>
                <w:i/>
                <w:iCs/>
                <w:lang w:val="it-IT"/>
              </w:rPr>
              <w:t>internet</w:t>
            </w:r>
            <w:r w:rsidRPr="00627D95">
              <w:rPr>
                <w:rFonts w:ascii="Times New Roman" w:hAnsi="Times New Roman" w:cs="Times New Roman"/>
                <w:lang w:val="it-IT"/>
              </w:rPr>
              <w:t xml:space="preserve"> istituzionale del Dipartimento, ai sensi dell’articolo 4 dell’</w:t>
            </w:r>
            <w:r w:rsidRPr="008C1820">
              <w:rPr>
                <w:rFonts w:ascii="Times New Roman" w:hAnsi="Times New Roman" w:cs="Times New Roman"/>
                <w:lang w:val="it-IT"/>
              </w:rPr>
              <w:t>Avviso. La mancata</w:t>
            </w:r>
            <w:r w:rsidR="00943F43" w:rsidRPr="008C1820"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8C1820">
              <w:rPr>
                <w:rFonts w:ascii="Times New Roman" w:hAnsi="Times New Roman" w:cs="Times New Roman"/>
                <w:lang w:val="it-IT"/>
              </w:rPr>
              <w:t xml:space="preserve">presentazione della manifestazione di interesse </w:t>
            </w:r>
            <w:r w:rsidR="00850419" w:rsidRPr="008C1820">
              <w:rPr>
                <w:rFonts w:ascii="Times New Roman" w:hAnsi="Times New Roman" w:cs="Times New Roman"/>
                <w:lang w:val="it-IT"/>
              </w:rPr>
              <w:t xml:space="preserve">equivale a rinuncia al finanziamento, mentre la tardiva presentazione, </w:t>
            </w:r>
            <w:r w:rsidR="00CD7358" w:rsidRPr="008C1820">
              <w:rPr>
                <w:rFonts w:ascii="Times New Roman" w:hAnsi="Times New Roman" w:cs="Times New Roman"/>
                <w:lang w:val="it-IT"/>
              </w:rPr>
              <w:t>così come l’omissione dell’indicazione di almeno una linea di azione prescelta, di cui alla sezione 3, è motivo di inammissibilità della presente manifestazione di interesse</w:t>
            </w:r>
            <w:r w:rsidRPr="008C1820">
              <w:rPr>
                <w:rFonts w:ascii="Times New Roman" w:hAnsi="Times New Roman" w:cs="Times New Roman"/>
                <w:lang w:val="it-IT"/>
              </w:rPr>
              <w:t>.</w:t>
            </w:r>
          </w:p>
        </w:tc>
      </w:tr>
    </w:tbl>
    <w:p w14:paraId="1798045E" w14:textId="77777777" w:rsidR="000E10E6" w:rsidRPr="00627D95" w:rsidRDefault="000E10E6" w:rsidP="00221E73">
      <w:pPr>
        <w:spacing w:after="0" w:line="240" w:lineRule="auto"/>
        <w:rPr>
          <w:rFonts w:ascii="Times New Roman" w:hAnsi="Times New Roman" w:cs="Times New Roman"/>
          <w:lang w:val="it-IT"/>
        </w:rPr>
      </w:pPr>
    </w:p>
    <w:sectPr w:rsidR="000E10E6" w:rsidRPr="00627D95" w:rsidSect="00F24D64">
      <w:headerReference w:type="default" r:id="rId10"/>
      <w:footerReference w:type="default" r:id="rId11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C00A1" w14:textId="77777777" w:rsidR="0059499E" w:rsidRDefault="0059499E">
      <w:pPr>
        <w:spacing w:after="0" w:line="240" w:lineRule="auto"/>
      </w:pPr>
      <w:r>
        <w:separator/>
      </w:r>
    </w:p>
  </w:endnote>
  <w:endnote w:type="continuationSeparator" w:id="0">
    <w:p w14:paraId="1EB9D6D0" w14:textId="77777777" w:rsidR="0059499E" w:rsidRDefault="005949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9535E" w14:textId="77777777" w:rsidR="00204AEC" w:rsidRDefault="00204AEC">
    <w:pPr>
      <w:pStyle w:val="Pidipagina"/>
      <w:jc w:val="center"/>
      <w:rPr>
        <w:rFonts w:ascii="Times New Roman" w:hAnsi="Times New Roman" w:cs="Times New Roman"/>
        <w:color w:val="646464"/>
        <w:sz w:val="16"/>
        <w:lang w:val="it-IT"/>
      </w:rPr>
    </w:pPr>
  </w:p>
  <w:p w14:paraId="3C6184F2" w14:textId="77777777" w:rsidR="00204AEC" w:rsidRDefault="00204AEC">
    <w:pPr>
      <w:pStyle w:val="Pidipagina"/>
      <w:jc w:val="center"/>
      <w:rPr>
        <w:rFonts w:ascii="Times New Roman" w:hAnsi="Times New Roman" w:cs="Times New Roman"/>
        <w:color w:val="646464"/>
        <w:sz w:val="16"/>
        <w:lang w:val="it-IT"/>
      </w:rPr>
    </w:pPr>
  </w:p>
  <w:p w14:paraId="7A32DCDF" w14:textId="00583763" w:rsidR="00204AEC" w:rsidRDefault="00251ECD">
    <w:pPr>
      <w:pStyle w:val="Pidipagina"/>
      <w:jc w:val="center"/>
      <w:rPr>
        <w:rFonts w:ascii="Times New Roman" w:hAnsi="Times New Roman" w:cs="Times New Roman"/>
        <w:color w:val="646464"/>
        <w:sz w:val="16"/>
        <w:lang w:val="it-IT"/>
      </w:rPr>
    </w:pPr>
    <w:r w:rsidRPr="00204AEC">
      <w:rPr>
        <w:rFonts w:ascii="Times New Roman" w:hAnsi="Times New Roman" w:cs="Times New Roman"/>
        <w:color w:val="646464"/>
        <w:sz w:val="16"/>
        <w:lang w:val="it-IT"/>
      </w:rPr>
      <w:t xml:space="preserve">Avviso “Prevenzione in </w:t>
    </w:r>
    <w:r w:rsidR="00A84B69">
      <w:rPr>
        <w:rFonts w:ascii="Times New Roman" w:hAnsi="Times New Roman" w:cs="Times New Roman"/>
        <w:color w:val="646464"/>
        <w:sz w:val="16"/>
        <w:lang w:val="it-IT"/>
      </w:rPr>
      <w:t>c</w:t>
    </w:r>
    <w:r w:rsidRPr="00204AEC">
      <w:rPr>
        <w:rFonts w:ascii="Times New Roman" w:hAnsi="Times New Roman" w:cs="Times New Roman"/>
        <w:color w:val="646464"/>
        <w:sz w:val="16"/>
        <w:lang w:val="it-IT"/>
      </w:rPr>
      <w:t>omune”</w:t>
    </w:r>
  </w:p>
  <w:p w14:paraId="3425F3EE" w14:textId="1F2CEBB5" w:rsidR="00DF270C" w:rsidRPr="00204AEC" w:rsidRDefault="00251ECD">
    <w:pPr>
      <w:pStyle w:val="Pidipagina"/>
      <w:jc w:val="center"/>
      <w:rPr>
        <w:rFonts w:ascii="Times New Roman" w:hAnsi="Times New Roman" w:cs="Times New Roman"/>
        <w:lang w:val="it-IT"/>
      </w:rPr>
    </w:pPr>
    <w:r w:rsidRPr="00204AEC">
      <w:rPr>
        <w:rFonts w:ascii="Times New Roman" w:hAnsi="Times New Roman" w:cs="Times New Roman"/>
        <w:color w:val="646464"/>
        <w:sz w:val="16"/>
        <w:lang w:val="it-IT"/>
      </w:rPr>
      <w:t>Allegato 2 – Manifestazione di interesse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4EF81" w14:textId="77777777" w:rsidR="0059499E" w:rsidRDefault="0059499E">
      <w:pPr>
        <w:spacing w:after="0" w:line="240" w:lineRule="auto"/>
      </w:pPr>
      <w:r>
        <w:separator/>
      </w:r>
    </w:p>
  </w:footnote>
  <w:footnote w:type="continuationSeparator" w:id="0">
    <w:p w14:paraId="18372E71" w14:textId="77777777" w:rsidR="0059499E" w:rsidRDefault="005949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B0D58" w14:textId="7B3127B0" w:rsidR="00710BED" w:rsidRDefault="00ED2B8F" w:rsidP="00ED2B8F">
    <w:pPr>
      <w:pStyle w:val="Intestazione"/>
      <w:rPr>
        <w:sz w:val="18"/>
        <w:lang w:val="it-IT"/>
      </w:rPr>
    </w:pPr>
    <w:r>
      <w:rPr>
        <w:noProof/>
        <w:sz w:val="18"/>
        <w:lang w:val="it-IT"/>
      </w:rPr>
      <w:drawing>
        <wp:inline distT="0" distB="0" distL="0" distR="0" wp14:anchorId="4BD8162A" wp14:editId="7492C560">
          <wp:extent cx="6235704" cy="1822892"/>
          <wp:effectExtent l="0" t="0" r="0" b="6350"/>
          <wp:docPr id="67300076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8349" cy="183828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179EE8B" w14:textId="7A8B15CD" w:rsidR="00710BED" w:rsidRPr="00D31C5D" w:rsidRDefault="00D31C5D">
    <w:pPr>
      <w:pStyle w:val="Intestazione"/>
      <w:jc w:val="center"/>
      <w:rPr>
        <w:lang w:val="it-IT"/>
      </w:rPr>
    </w:pPr>
    <w:r w:rsidRPr="00D31C5D">
      <w:rPr>
        <w:rFonts w:ascii="Arial Narrow" w:hAnsi="Arial Narrow"/>
        <w:sz w:val="18"/>
        <w:szCs w:val="18"/>
        <w:lang w:val="it-IT"/>
      </w:rPr>
      <w:t>DIPARTIMENTO PER LE POLITICHE DELLA FAMIGLIA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65311717">
    <w:abstractNumId w:val="8"/>
  </w:num>
  <w:num w:numId="2" w16cid:durableId="879130238">
    <w:abstractNumId w:val="6"/>
  </w:num>
  <w:num w:numId="3" w16cid:durableId="598295884">
    <w:abstractNumId w:val="5"/>
  </w:num>
  <w:num w:numId="4" w16cid:durableId="439376457">
    <w:abstractNumId w:val="4"/>
  </w:num>
  <w:num w:numId="5" w16cid:durableId="1083604370">
    <w:abstractNumId w:val="7"/>
  </w:num>
  <w:num w:numId="6" w16cid:durableId="307979101">
    <w:abstractNumId w:val="3"/>
  </w:num>
  <w:num w:numId="7" w16cid:durableId="387191095">
    <w:abstractNumId w:val="2"/>
  </w:num>
  <w:num w:numId="8" w16cid:durableId="1333988443">
    <w:abstractNumId w:val="1"/>
  </w:num>
  <w:num w:numId="9" w16cid:durableId="1548029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113C"/>
    <w:rsid w:val="000C3676"/>
    <w:rsid w:val="000C703F"/>
    <w:rsid w:val="000E10E6"/>
    <w:rsid w:val="000E1595"/>
    <w:rsid w:val="0015074B"/>
    <w:rsid w:val="00161C9B"/>
    <w:rsid w:val="00171FFA"/>
    <w:rsid w:val="00190535"/>
    <w:rsid w:val="001B1FB2"/>
    <w:rsid w:val="001E16EA"/>
    <w:rsid w:val="00204AEC"/>
    <w:rsid w:val="00213767"/>
    <w:rsid w:val="00221E73"/>
    <w:rsid w:val="00251ECD"/>
    <w:rsid w:val="00256D3B"/>
    <w:rsid w:val="0026005C"/>
    <w:rsid w:val="0029639D"/>
    <w:rsid w:val="002F5E52"/>
    <w:rsid w:val="00301627"/>
    <w:rsid w:val="003202A8"/>
    <w:rsid w:val="00324B9E"/>
    <w:rsid w:val="00326F90"/>
    <w:rsid w:val="00344443"/>
    <w:rsid w:val="00383DA9"/>
    <w:rsid w:val="00444E9D"/>
    <w:rsid w:val="00462478"/>
    <w:rsid w:val="004821FA"/>
    <w:rsid w:val="0049384D"/>
    <w:rsid w:val="004F35B9"/>
    <w:rsid w:val="0052414D"/>
    <w:rsid w:val="00572FEE"/>
    <w:rsid w:val="0059499E"/>
    <w:rsid w:val="005A4E52"/>
    <w:rsid w:val="005B2874"/>
    <w:rsid w:val="005E1A82"/>
    <w:rsid w:val="005F749A"/>
    <w:rsid w:val="006134C6"/>
    <w:rsid w:val="00627D95"/>
    <w:rsid w:val="00657E6F"/>
    <w:rsid w:val="006B4915"/>
    <w:rsid w:val="006C18C2"/>
    <w:rsid w:val="00710BED"/>
    <w:rsid w:val="0076518C"/>
    <w:rsid w:val="00773905"/>
    <w:rsid w:val="007C6EE6"/>
    <w:rsid w:val="00850419"/>
    <w:rsid w:val="008751AB"/>
    <w:rsid w:val="008C1820"/>
    <w:rsid w:val="008C5F1F"/>
    <w:rsid w:val="008D54FA"/>
    <w:rsid w:val="008E6AD8"/>
    <w:rsid w:val="00913C28"/>
    <w:rsid w:val="00940C55"/>
    <w:rsid w:val="00943F43"/>
    <w:rsid w:val="009A11AB"/>
    <w:rsid w:val="009B02B4"/>
    <w:rsid w:val="009C6A13"/>
    <w:rsid w:val="009D5A30"/>
    <w:rsid w:val="00A12000"/>
    <w:rsid w:val="00A80501"/>
    <w:rsid w:val="00A84B69"/>
    <w:rsid w:val="00AA1D8D"/>
    <w:rsid w:val="00AC46AC"/>
    <w:rsid w:val="00B04A85"/>
    <w:rsid w:val="00B4469C"/>
    <w:rsid w:val="00B47730"/>
    <w:rsid w:val="00B506F1"/>
    <w:rsid w:val="00B84A08"/>
    <w:rsid w:val="00C043EB"/>
    <w:rsid w:val="00C24190"/>
    <w:rsid w:val="00C80A69"/>
    <w:rsid w:val="00C91AC2"/>
    <w:rsid w:val="00C93BDA"/>
    <w:rsid w:val="00CB0664"/>
    <w:rsid w:val="00CD7358"/>
    <w:rsid w:val="00D31C5D"/>
    <w:rsid w:val="00DA1173"/>
    <w:rsid w:val="00DB5809"/>
    <w:rsid w:val="00DF270C"/>
    <w:rsid w:val="00DF7B2B"/>
    <w:rsid w:val="00E20712"/>
    <w:rsid w:val="00E858B6"/>
    <w:rsid w:val="00E85FA1"/>
    <w:rsid w:val="00EB24D6"/>
    <w:rsid w:val="00ED2B8F"/>
    <w:rsid w:val="00F24D64"/>
    <w:rsid w:val="00F35875"/>
    <w:rsid w:val="00F6063D"/>
    <w:rsid w:val="00F63810"/>
    <w:rsid w:val="00F81BF9"/>
    <w:rsid w:val="00FC693F"/>
    <w:rsid w:val="00FE3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1512F90"/>
  <w14:defaultImageDpi w14:val="300"/>
  <w15:docId w15:val="{CE3CC749-D4DC-4073-A85B-8B7405477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ptos" w:eastAsia="Aptos" w:hAnsi="Aptos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1F4E79"/>
      <w:sz w:val="24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unhideWhenUsed/>
    <w:rsid w:val="00627D9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27D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venzioneincomune@governo.pec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evenzioneincomune@governo.pec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646</Words>
  <Characters>3683</Characters>
  <Application>Microsoft Office Word</Application>
  <DocSecurity>4</DocSecurity>
  <Lines>30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Allegato 2 - Modello di manifestazione di interesse - Prevenzione in Comune - Versione finale</vt:lpstr>
      <vt:lpstr/>
    </vt:vector>
  </TitlesOfParts>
  <Manager/>
  <Company/>
  <LinksUpToDate>false</LinksUpToDate>
  <CharactersWithSpaces>4321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2 - Modello di manifestazione di interesse - Prevenzione in Comune - Versione finale</dc:title>
  <dc:subject>Manifestazione di interesse dei comuni capoluogo</dc:subject>
  <dc:creator>Ferrante Alfredo</dc:creator>
  <cp:keywords/>
  <dc:description>generated by python-docx</dc:description>
  <cp:lastModifiedBy>Doriana Mazzarelli</cp:lastModifiedBy>
  <cp:revision>2</cp:revision>
  <dcterms:created xsi:type="dcterms:W3CDTF">2026-10-12T08:03:00Z</dcterms:created>
  <dcterms:modified xsi:type="dcterms:W3CDTF">2026-10-12T08:03:00Z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097a60d-5525-435b-8989-8eb48ac0c8cd_Enabled">
    <vt:lpwstr>true</vt:lpwstr>
  </property>
  <property fmtid="{D5CDD505-2E9C-101B-9397-08002B2CF9AE}" pid="3" name="MSIP_Label_5097a60d-5525-435b-8989-8eb48ac0c8cd_SetDate">
    <vt:lpwstr>2026-10-06T12:10:06Z</vt:lpwstr>
  </property>
  <property fmtid="{D5CDD505-2E9C-101B-9397-08002B2CF9AE}" pid="4" name="MSIP_Label_5097a60d-5525-435b-8989-8eb48ac0c8cd_Method">
    <vt:lpwstr>Privileged</vt:lpwstr>
  </property>
  <property fmtid="{D5CDD505-2E9C-101B-9397-08002B2CF9AE}" pid="5" name="MSIP_Label_5097a60d-5525-435b-8989-8eb48ac0c8cd_Name">
    <vt:lpwstr>defa4170-0d19-0005-0004-bc88714345d2</vt:lpwstr>
  </property>
  <property fmtid="{D5CDD505-2E9C-101B-9397-08002B2CF9AE}" pid="6" name="MSIP_Label_5097a60d-5525-435b-8989-8eb48ac0c8cd_SiteId">
    <vt:lpwstr>3e90938b-8b27-4762-b4e8-006a8127a119</vt:lpwstr>
  </property>
  <property fmtid="{D5CDD505-2E9C-101B-9397-08002B2CF9AE}" pid="7" name="MSIP_Label_5097a60d-5525-435b-8989-8eb48ac0c8cd_ActionId">
    <vt:lpwstr>a2628bc8-0fb2-402f-9254-c8efc22f3f0d</vt:lpwstr>
  </property>
  <property fmtid="{D5CDD505-2E9C-101B-9397-08002B2CF9AE}" pid="8" name="MSIP_Label_5097a60d-5525-435b-8989-8eb48ac0c8cd_ContentBits">
    <vt:lpwstr>0</vt:lpwstr>
  </property>
</Properties>
</file>